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AF557B" w14:textId="77777777" w:rsidR="002D7FCF" w:rsidRPr="00802642" w:rsidRDefault="002D7FCF" w:rsidP="00BE7760">
      <w:pPr>
        <w:pStyle w:val="Footer"/>
        <w:jc w:val="right"/>
        <w:rPr>
          <w:bCs/>
          <w:lang w:val="fr-FR"/>
        </w:rPr>
      </w:pPr>
      <w:r w:rsidRPr="00802642">
        <w:rPr>
          <w:bCs/>
          <w:color w:val="808080" w:themeColor="background1" w:themeShade="80"/>
          <w:lang w:val="fr-FR"/>
        </w:rPr>
        <w:t xml:space="preserve">Punaauia, le </w:t>
      </w:r>
      <w:r w:rsidRPr="00413B58">
        <w:rPr>
          <w:bCs/>
          <w:color w:val="808080" w:themeColor="background1" w:themeShade="80"/>
        </w:rPr>
        <w:fldChar w:fldCharType="begin"/>
      </w:r>
      <w:r w:rsidRPr="00413B58">
        <w:rPr>
          <w:bCs/>
          <w:color w:val="808080" w:themeColor="background1" w:themeShade="80"/>
        </w:rPr>
        <w:instrText xml:space="preserve"> TIME \@ "dd/MM/yyyy" </w:instrText>
      </w:r>
      <w:r w:rsidRPr="00413B58">
        <w:rPr>
          <w:bCs/>
          <w:color w:val="808080" w:themeColor="background1" w:themeShade="80"/>
        </w:rPr>
        <w:fldChar w:fldCharType="separate"/>
      </w:r>
      <w:r w:rsidR="001E5E2E">
        <w:rPr>
          <w:bCs/>
          <w:noProof/>
          <w:color w:val="808080" w:themeColor="background1" w:themeShade="80"/>
        </w:rPr>
        <w:t>23/09/2026</w:t>
      </w:r>
      <w:r w:rsidRPr="00413B58">
        <w:rPr>
          <w:bCs/>
          <w:color w:val="808080" w:themeColor="background1" w:themeShade="80"/>
        </w:rPr>
        <w:fldChar w:fldCharType="end"/>
      </w:r>
    </w:p>
    <w:p w14:paraId="1F6F2EB2" w14:textId="77777777" w:rsidR="005E36F1" w:rsidRDefault="005E36F1">
      <w:pPr>
        <w:spacing w:after="0" w:line="240" w:lineRule="auto"/>
        <w:rPr>
          <w:rFonts w:cs="Arial"/>
          <w:sz w:val="21"/>
          <w:szCs w:val="21"/>
          <w:lang w:val="fr-FR"/>
        </w:rPr>
      </w:pPr>
    </w:p>
    <w:p w14:paraId="075F226F" w14:textId="1CEC4EB9" w:rsidR="005E36F1" w:rsidRDefault="001E5E2E">
      <w:pPr>
        <w:keepNext/>
        <w:shd w:val="clear" w:color="auto" w:fill="1F3864"/>
        <w:spacing w:before="160" w:after="0"/>
        <w:ind w:left="113" w:right="113"/>
        <w:jc w:val="center"/>
        <w:rPr>
          <w:rFonts w:cs="Arial"/>
          <w:b/>
          <w:color w:val="FFFFFF"/>
          <w:sz w:val="30"/>
          <w:szCs w:val="30"/>
          <w:lang w:val="fr-FR"/>
        </w:rPr>
      </w:pPr>
      <w:bookmarkStart w:id="0" w:name="OLE_LINK4"/>
      <w:r>
        <w:rPr>
          <w:rFonts w:cs="Arial"/>
          <w:b/>
          <w:color w:val="FFFFFF"/>
          <w:sz w:val="30"/>
          <w:szCs w:val="30"/>
          <w:lang w:val="fr-FR"/>
        </w:rPr>
        <w:t>Appel à projet Post-Doctora</w:t>
      </w:r>
      <w:r w:rsidR="00E36112">
        <w:rPr>
          <w:rFonts w:cs="Arial"/>
          <w:b/>
          <w:color w:val="FFFFFF"/>
          <w:sz w:val="30"/>
          <w:szCs w:val="30"/>
          <w:lang w:val="fr-FR"/>
        </w:rPr>
        <w:t>t</w:t>
      </w:r>
      <w:r>
        <w:rPr>
          <w:rFonts w:cs="Arial"/>
          <w:b/>
          <w:color w:val="FFFFFF"/>
          <w:sz w:val="30"/>
          <w:szCs w:val="30"/>
          <w:lang w:val="fr-FR"/>
        </w:rPr>
        <w:t xml:space="preserve"> de la Commission de la recherche de l’UPF 2027</w:t>
      </w:r>
    </w:p>
    <w:bookmarkEnd w:id="0"/>
    <w:p w14:paraId="67B89F8A" w14:textId="77777777" w:rsidR="005E36F1" w:rsidRDefault="00000000">
      <w:pPr>
        <w:keepNext/>
        <w:shd w:val="clear" w:color="auto" w:fill="1F3864"/>
        <w:spacing w:after="160"/>
        <w:ind w:left="113" w:right="113"/>
        <w:jc w:val="center"/>
        <w:rPr>
          <w:rFonts w:cs="Arial"/>
          <w:b/>
          <w:color w:val="FFFFFF"/>
          <w:sz w:val="21"/>
          <w:szCs w:val="21"/>
          <w:lang w:val="fr-FR"/>
        </w:rPr>
      </w:pPr>
      <w:r>
        <w:rPr>
          <w:rFonts w:cs="Arial"/>
          <w:b/>
          <w:color w:val="FFFFFF"/>
          <w:sz w:val="21"/>
          <w:szCs w:val="21"/>
          <w:lang w:val="fr-FR"/>
        </w:rPr>
        <w:t>Fiche réponse</w:t>
      </w:r>
    </w:p>
    <w:p w14:paraId="30CD5936" w14:textId="77777777" w:rsidR="005E36F1" w:rsidRDefault="005E36F1">
      <w:pPr>
        <w:spacing w:after="140" w:line="240" w:lineRule="auto"/>
        <w:rPr>
          <w:rFonts w:cs="Arial"/>
          <w:sz w:val="21"/>
          <w:szCs w:val="21"/>
          <w:lang w:val="fr-FR"/>
        </w:rPr>
      </w:pPr>
    </w:p>
    <w:p w14:paraId="50E42B8E" w14:textId="77777777" w:rsidR="005E36F1" w:rsidRDefault="00000000">
      <w:pPr>
        <w:keepNext/>
        <w:shd w:val="clear" w:color="auto" w:fill="1F3864"/>
        <w:spacing w:before="200" w:after="200"/>
        <w:ind w:left="113" w:right="113"/>
        <w:jc w:val="center"/>
        <w:rPr>
          <w:rFonts w:cs="Arial"/>
          <w:b/>
          <w:color w:val="FFFFFF"/>
          <w:sz w:val="23"/>
          <w:szCs w:val="23"/>
          <w:lang w:val="fr-FR"/>
        </w:rPr>
      </w:pPr>
      <w:r>
        <w:rPr>
          <w:rFonts w:cs="Arial"/>
          <w:b/>
          <w:color w:val="FFFFFF"/>
          <w:sz w:val="23"/>
          <w:szCs w:val="23"/>
          <w:lang w:val="fr-FR"/>
        </w:rPr>
        <w:t>Informations générales</w:t>
      </w:r>
    </w:p>
    <w:p w14:paraId="5C67D69A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Titre du projet postdoctoral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16A0C0FE" w14:textId="77777777" w:rsidR="005E36F1" w:rsidRDefault="00000000">
      <w:pPr>
        <w:spacing w:before="100" w:after="100"/>
        <w:rPr>
          <w:rFonts w:cs="Arial"/>
          <w:b/>
          <w:color w:val="1F3864"/>
          <w:sz w:val="21"/>
          <w:szCs w:val="21"/>
          <w:lang w:val="fr-FR"/>
        </w:rPr>
      </w:pPr>
      <w:r>
        <w:rPr>
          <w:rFonts w:cs="Arial"/>
          <w:b/>
          <w:color w:val="1F3864"/>
          <w:sz w:val="21"/>
          <w:szCs w:val="21"/>
          <w:lang w:val="fr-FR"/>
        </w:rPr>
        <w:t>Référent scientifique du contrat postdoctoral :</w:t>
      </w:r>
    </w:p>
    <w:p w14:paraId="30188B18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NOM Prénom : </w:t>
      </w:r>
      <w:r>
        <w:rPr>
          <w:rFonts w:cs="Arial"/>
          <w:sz w:val="21"/>
          <w:szCs w:val="21"/>
          <w:lang w:val="fr-FR"/>
        </w:rPr>
        <w:t>______________________________</w:t>
      </w:r>
    </w:p>
    <w:p w14:paraId="389CE1C0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Corps et grade : </w:t>
      </w:r>
      <w:r>
        <w:rPr>
          <w:rFonts w:cs="Arial"/>
          <w:sz w:val="21"/>
          <w:szCs w:val="21"/>
          <w:lang w:val="fr-FR"/>
        </w:rPr>
        <w:t>______________________________</w:t>
      </w:r>
    </w:p>
    <w:p w14:paraId="758D47E8" w14:textId="77777777" w:rsidR="005E36F1" w:rsidRDefault="00000000">
      <w:pPr>
        <w:spacing w:before="100" w:after="8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Liste de 5 publications dans le domaine de recherche concerné :</w:t>
      </w:r>
    </w:p>
    <w:p w14:paraId="480C8239" w14:textId="77777777" w:rsidR="005E36F1" w:rsidRDefault="00000000">
      <w:p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→  _____________________________________________</w:t>
      </w:r>
    </w:p>
    <w:p w14:paraId="22EC909D" w14:textId="77777777" w:rsidR="005E36F1" w:rsidRDefault="00000000">
      <w:p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→  _____________________________________________</w:t>
      </w:r>
    </w:p>
    <w:p w14:paraId="68748A95" w14:textId="77777777" w:rsidR="005E36F1" w:rsidRDefault="00000000">
      <w:p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→  _____________________________________________</w:t>
      </w:r>
    </w:p>
    <w:p w14:paraId="59F57522" w14:textId="77777777" w:rsidR="005E36F1" w:rsidRDefault="00000000">
      <w:p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→  _____________________________________________</w:t>
      </w:r>
    </w:p>
    <w:p w14:paraId="389B6E9F" w14:textId="77777777" w:rsidR="005E36F1" w:rsidRDefault="00000000">
      <w:p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→  _____________________________________________</w:t>
      </w:r>
    </w:p>
    <w:p w14:paraId="3DEF985D" w14:textId="77777777" w:rsidR="005E36F1" w:rsidRDefault="005E36F1">
      <w:pPr>
        <w:spacing w:before="140" w:after="0" w:line="240" w:lineRule="auto"/>
        <w:rPr>
          <w:rFonts w:cs="Arial"/>
          <w:sz w:val="21"/>
          <w:szCs w:val="21"/>
          <w:lang w:val="fr-FR"/>
        </w:rPr>
      </w:pPr>
    </w:p>
    <w:p w14:paraId="2BB4F005" w14:textId="77777777" w:rsidR="005E36F1" w:rsidRDefault="00000000">
      <w:pPr>
        <w:spacing w:after="100"/>
        <w:rPr>
          <w:rFonts w:cs="Arial"/>
          <w:b/>
          <w:color w:val="1F3864"/>
          <w:sz w:val="21"/>
          <w:szCs w:val="21"/>
          <w:lang w:val="fr-FR"/>
        </w:rPr>
      </w:pPr>
      <w:r>
        <w:rPr>
          <w:rFonts w:cs="Arial"/>
          <w:b/>
          <w:color w:val="1F3864"/>
          <w:sz w:val="21"/>
          <w:szCs w:val="21"/>
          <w:lang w:val="fr-FR"/>
        </w:rPr>
        <w:t>Co-Responsable de la demande :</w:t>
      </w:r>
    </w:p>
    <w:p w14:paraId="5768A730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NOM Prénom : </w:t>
      </w:r>
      <w:r>
        <w:rPr>
          <w:rFonts w:cs="Arial"/>
          <w:sz w:val="21"/>
          <w:szCs w:val="21"/>
          <w:lang w:val="fr-FR"/>
        </w:rPr>
        <w:t>______________________________</w:t>
      </w:r>
    </w:p>
    <w:p w14:paraId="64E2BF31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Corps et grade : </w:t>
      </w:r>
      <w:r>
        <w:rPr>
          <w:rFonts w:cs="Arial"/>
          <w:sz w:val="21"/>
          <w:szCs w:val="21"/>
          <w:lang w:val="fr-FR"/>
        </w:rPr>
        <w:t>______________________________</w:t>
      </w:r>
    </w:p>
    <w:p w14:paraId="69CDA413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Téléphone : </w:t>
      </w:r>
      <w:r>
        <w:rPr>
          <w:rFonts w:cs="Arial"/>
          <w:sz w:val="21"/>
          <w:szCs w:val="21"/>
          <w:lang w:val="fr-FR"/>
        </w:rPr>
        <w:t>____________________</w:t>
      </w:r>
      <w:r>
        <w:rPr>
          <w:rFonts w:cs="Arial"/>
          <w:b/>
          <w:sz w:val="21"/>
          <w:szCs w:val="21"/>
          <w:lang w:val="fr-FR"/>
        </w:rPr>
        <w:t xml:space="preserve">      Courriel : </w:t>
      </w:r>
      <w:r>
        <w:rPr>
          <w:rFonts w:cs="Arial"/>
          <w:sz w:val="21"/>
          <w:szCs w:val="21"/>
          <w:lang w:val="fr-FR"/>
        </w:rPr>
        <w:t>____________________</w:t>
      </w:r>
    </w:p>
    <w:p w14:paraId="111C4E9D" w14:textId="77777777" w:rsidR="005E36F1" w:rsidRDefault="00000000">
      <w:pPr>
        <w:spacing w:before="80" w:after="8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Liste de 5 publications dans le domaine de recherche concerné :</w:t>
      </w:r>
    </w:p>
    <w:p w14:paraId="06008B1F" w14:textId="77777777" w:rsidR="005E36F1" w:rsidRDefault="00000000">
      <w:p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→  _____________________________________________</w:t>
      </w:r>
    </w:p>
    <w:p w14:paraId="5DE5CC92" w14:textId="77777777" w:rsidR="005E36F1" w:rsidRDefault="00000000">
      <w:p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→  _____________________________________________</w:t>
      </w:r>
    </w:p>
    <w:p w14:paraId="53E5F29A" w14:textId="77777777" w:rsidR="005E36F1" w:rsidRDefault="00000000">
      <w:p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→  _____________________________________________</w:t>
      </w:r>
    </w:p>
    <w:p w14:paraId="3798D78F" w14:textId="77777777" w:rsidR="005E36F1" w:rsidRDefault="00000000">
      <w:p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→  _____________________________________________</w:t>
      </w:r>
    </w:p>
    <w:p w14:paraId="7D926C13" w14:textId="77777777" w:rsidR="005E36F1" w:rsidRDefault="00000000">
      <w:p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→  _____________________________________________</w:t>
      </w:r>
    </w:p>
    <w:p w14:paraId="75492104" w14:textId="77777777" w:rsidR="005E36F1" w:rsidRDefault="005E36F1">
      <w:pPr>
        <w:spacing w:before="140" w:after="0" w:line="240" w:lineRule="auto"/>
        <w:rPr>
          <w:rFonts w:cs="Arial"/>
          <w:sz w:val="21"/>
          <w:szCs w:val="21"/>
          <w:lang w:val="fr-FR"/>
        </w:rPr>
      </w:pPr>
    </w:p>
    <w:p w14:paraId="118489EC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Laboratoire d’accueil UPF du postdoctorant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24ABD2C4" w14:textId="77777777" w:rsidR="005E36F1" w:rsidRDefault="00000000">
      <w:pPr>
        <w:keepNext/>
        <w:shd w:val="clear" w:color="auto" w:fill="1F3864"/>
        <w:spacing w:before="200" w:after="200"/>
        <w:ind w:left="113" w:right="113"/>
        <w:jc w:val="center"/>
        <w:rPr>
          <w:rFonts w:cs="Arial"/>
          <w:b/>
          <w:color w:val="FFFFFF"/>
          <w:sz w:val="23"/>
          <w:szCs w:val="23"/>
          <w:lang w:val="fr-FR"/>
        </w:rPr>
      </w:pPr>
      <w:r>
        <w:rPr>
          <w:rFonts w:cs="Arial"/>
          <w:b/>
          <w:color w:val="FFFFFF"/>
          <w:sz w:val="23"/>
          <w:szCs w:val="23"/>
          <w:lang w:val="fr-FR"/>
        </w:rPr>
        <w:lastRenderedPageBreak/>
        <w:t>Post-doctorant proposé</w:t>
      </w:r>
    </w:p>
    <w:p w14:paraId="6EC16D3C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NOM Prénom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0D88944E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Nationalité : </w:t>
      </w:r>
      <w:r>
        <w:rPr>
          <w:rFonts w:cs="Arial"/>
          <w:sz w:val="21"/>
          <w:szCs w:val="21"/>
          <w:lang w:val="fr-FR"/>
        </w:rPr>
        <w:t>____________________</w:t>
      </w:r>
      <w:r>
        <w:rPr>
          <w:rFonts w:cs="Arial"/>
          <w:b/>
          <w:sz w:val="21"/>
          <w:szCs w:val="21"/>
          <w:lang w:val="fr-FR"/>
        </w:rPr>
        <w:t xml:space="preserve">      Date et lieu de naissance : </w:t>
      </w:r>
      <w:r>
        <w:rPr>
          <w:rFonts w:cs="Arial"/>
          <w:sz w:val="21"/>
          <w:szCs w:val="21"/>
          <w:lang w:val="fr-FR"/>
        </w:rPr>
        <w:t>____________________</w:t>
      </w:r>
    </w:p>
    <w:p w14:paraId="4BAE3167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Téléphone : </w:t>
      </w:r>
      <w:r>
        <w:rPr>
          <w:rFonts w:cs="Arial"/>
          <w:sz w:val="21"/>
          <w:szCs w:val="21"/>
          <w:lang w:val="fr-FR"/>
        </w:rPr>
        <w:t>____________________</w:t>
      </w:r>
      <w:r>
        <w:rPr>
          <w:rFonts w:cs="Arial"/>
          <w:b/>
          <w:sz w:val="21"/>
          <w:szCs w:val="21"/>
          <w:lang w:val="fr-FR"/>
        </w:rPr>
        <w:t xml:space="preserve">      Courriel : </w:t>
      </w:r>
      <w:r>
        <w:rPr>
          <w:rFonts w:cs="Arial"/>
          <w:sz w:val="21"/>
          <w:szCs w:val="21"/>
          <w:lang w:val="fr-FR"/>
        </w:rPr>
        <w:t>____________________</w:t>
      </w:r>
    </w:p>
    <w:p w14:paraId="74AA17AE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Date début séjour : </w:t>
      </w:r>
      <w:r>
        <w:rPr>
          <w:rFonts w:cs="Arial"/>
          <w:sz w:val="21"/>
          <w:szCs w:val="21"/>
          <w:lang w:val="fr-FR"/>
        </w:rPr>
        <w:t>______________________________</w:t>
      </w:r>
    </w:p>
    <w:p w14:paraId="3C5B5131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Adresse lieu de travail actuel ou du dernier emploi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16469CB2" w14:textId="77777777" w:rsidR="005E36F1" w:rsidRDefault="00000000">
      <w:pPr>
        <w:keepNext/>
        <w:shd w:val="clear" w:color="auto" w:fill="1F3864"/>
        <w:spacing w:before="200" w:after="200"/>
        <w:ind w:left="113" w:right="113"/>
        <w:jc w:val="center"/>
        <w:rPr>
          <w:rFonts w:cs="Arial"/>
          <w:b/>
          <w:color w:val="FFFFFF"/>
          <w:sz w:val="23"/>
          <w:szCs w:val="23"/>
          <w:lang w:val="fr-FR"/>
        </w:rPr>
      </w:pPr>
      <w:r>
        <w:rPr>
          <w:rFonts w:cs="Arial"/>
          <w:b/>
          <w:color w:val="FFFFFF"/>
          <w:sz w:val="23"/>
          <w:szCs w:val="23"/>
          <w:lang w:val="fr-FR"/>
        </w:rPr>
        <w:t>Curriculum vitae</w:t>
      </w:r>
    </w:p>
    <w:p w14:paraId="2DF60E9D" w14:textId="77777777" w:rsidR="005E36F1" w:rsidRDefault="00000000">
      <w:pPr>
        <w:spacing w:after="0"/>
        <w:rPr>
          <w:rFonts w:cs="Arial"/>
          <w:i/>
          <w:sz w:val="21"/>
          <w:szCs w:val="21"/>
          <w:lang w:val="fr-FR"/>
        </w:rPr>
      </w:pPr>
      <w:r>
        <w:rPr>
          <w:rFonts w:cs="Arial"/>
          <w:i/>
          <w:sz w:val="21"/>
          <w:szCs w:val="21"/>
          <w:lang w:val="fr-FR"/>
        </w:rPr>
        <w:t>Joindre un Curriculum vitae comprenant : diplômes et formations, expériences de la recherche, participation à des congrès et séminaires, langues parlées, maîtrise des outils informatiques, présentation synthétique des travaux de recherche ainsi que la liste de ses publications.</w:t>
      </w:r>
    </w:p>
    <w:p w14:paraId="539B6E7B" w14:textId="77777777" w:rsidR="005E36F1" w:rsidRDefault="00000000">
      <w:pPr>
        <w:keepNext/>
        <w:shd w:val="clear" w:color="auto" w:fill="1F3864"/>
        <w:spacing w:before="200" w:after="200"/>
        <w:ind w:left="113" w:right="113"/>
        <w:jc w:val="center"/>
        <w:rPr>
          <w:rFonts w:cs="Arial"/>
          <w:b/>
          <w:color w:val="FFFFFF"/>
          <w:sz w:val="23"/>
          <w:szCs w:val="23"/>
          <w:lang w:val="fr-FR"/>
        </w:rPr>
      </w:pPr>
      <w:r>
        <w:rPr>
          <w:rFonts w:cs="Arial"/>
          <w:b/>
          <w:color w:val="FFFFFF"/>
          <w:sz w:val="23"/>
          <w:szCs w:val="23"/>
          <w:lang w:val="fr-FR"/>
        </w:rPr>
        <w:t>Descriptif du projet postdoctoral</w:t>
      </w:r>
    </w:p>
    <w:p w14:paraId="0CEA4F89" w14:textId="77777777" w:rsidR="005E36F1" w:rsidRDefault="00000000">
      <w:pPr>
        <w:spacing w:after="140"/>
        <w:rPr>
          <w:rFonts w:cs="Arial"/>
          <w:i/>
          <w:sz w:val="21"/>
          <w:szCs w:val="21"/>
          <w:lang w:val="fr-FR"/>
        </w:rPr>
      </w:pPr>
      <w:r>
        <w:rPr>
          <w:rFonts w:cs="Arial"/>
          <w:i/>
          <w:sz w:val="21"/>
          <w:szCs w:val="21"/>
          <w:lang w:val="fr-FR"/>
        </w:rPr>
        <w:t>Ajouter un descriptif du projet postdoctoral de maximum 5 pages</w:t>
      </w:r>
    </w:p>
    <w:p w14:paraId="13F9EEFF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Mots clés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76527743" w14:textId="77777777" w:rsidR="005E36F1" w:rsidRDefault="00000000">
      <w:pPr>
        <w:spacing w:before="120" w:after="20"/>
        <w:rPr>
          <w:rFonts w:cs="Arial"/>
          <w:b/>
          <w:color w:val="1F3864"/>
          <w:sz w:val="21"/>
          <w:szCs w:val="21"/>
          <w:lang w:val="fr-FR"/>
        </w:rPr>
      </w:pPr>
      <w:r>
        <w:rPr>
          <w:rFonts w:cs="Arial"/>
          <w:b/>
          <w:color w:val="1F3864"/>
          <w:sz w:val="21"/>
          <w:szCs w:val="21"/>
          <w:lang w:val="fr-FR"/>
        </w:rPr>
        <w:t>Présentation détaillée du programme de recherche</w:t>
      </w:r>
    </w:p>
    <w:p w14:paraId="54B6423F" w14:textId="77777777" w:rsidR="005E36F1" w:rsidRDefault="00000000">
      <w:pPr>
        <w:rPr>
          <w:rFonts w:cs="Arial"/>
          <w:i/>
          <w:color w:val="595959"/>
          <w:sz w:val="19"/>
          <w:szCs w:val="19"/>
          <w:lang w:val="fr-FR"/>
        </w:rPr>
      </w:pPr>
      <w:r>
        <w:rPr>
          <w:rFonts w:cs="Arial"/>
          <w:i/>
          <w:color w:val="595959"/>
          <w:sz w:val="19"/>
          <w:szCs w:val="19"/>
          <w:lang w:val="fr-FR"/>
        </w:rPr>
        <w:t>(A minima, l’ensemble des rubriques ci-après doit être renseigné)</w:t>
      </w:r>
    </w:p>
    <w:p w14:paraId="6F183CEE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Problématique et enjeux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0FE672B2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Objectifs fixés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16CAD049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Méthodologie envisagée pour atteindre ces objectifs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7DA54E24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Résultats attendus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49B3C22C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Calendrier de travail prévisionnel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102CFF02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Valorisation des résultats envisagée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293FAE38" w14:textId="77777777" w:rsidR="005E36F1" w:rsidRDefault="00000000">
      <w:pPr>
        <w:spacing w:before="120" w:after="2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Le séjour postdoctoral s’effectue-t-il dans le cadre d’une coopération existante ? </w:t>
      </w:r>
    </w:p>
    <w:p w14:paraId="0B0B608E" w14:textId="77777777" w:rsidR="005E36F1" w:rsidRDefault="00000000">
      <w:pPr>
        <w:spacing w:after="20"/>
        <w:rPr>
          <w:rFonts w:cs="Arial"/>
          <w:i/>
          <w:color w:val="595959"/>
          <w:sz w:val="19"/>
          <w:szCs w:val="19"/>
          <w:lang w:val="fr-FR"/>
        </w:rPr>
      </w:pPr>
      <w:r>
        <w:rPr>
          <w:rFonts w:cs="Arial"/>
          <w:i/>
          <w:color w:val="595959"/>
          <w:sz w:val="19"/>
          <w:szCs w:val="19"/>
          <w:lang w:val="fr-FR"/>
        </w:rPr>
        <w:t>(Si oui, la présenter en quelques lignes)</w:t>
      </w:r>
    </w:p>
    <w:p w14:paraId="4E83E2A1" w14:textId="77777777" w:rsidR="005E36F1" w:rsidRDefault="00000000">
      <w:pPr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_____________________________________________</w:t>
      </w:r>
    </w:p>
    <w:p w14:paraId="349A196C" w14:textId="77777777" w:rsidR="005E36F1" w:rsidRDefault="00000000">
      <w:pPr>
        <w:rPr>
          <w:rFonts w:cs="Arial"/>
          <w:b/>
          <w:sz w:val="21"/>
          <w:szCs w:val="21"/>
          <w:lang w:val="fr-FR"/>
        </w:rPr>
      </w:pPr>
      <w:r>
        <w:rPr>
          <w:rFonts w:cs="Arial"/>
          <w:b/>
          <w:sz w:val="21"/>
          <w:szCs w:val="21"/>
          <w:lang w:val="fr-FR"/>
        </w:rPr>
        <w:t xml:space="preserve">Importance et intérêt du projet postdoctoral du point de vue du laboratoire, du site, de la Polynésie française et du Pacifique Sud : </w:t>
      </w:r>
      <w:r>
        <w:rPr>
          <w:rFonts w:cs="Arial"/>
          <w:sz w:val="21"/>
          <w:szCs w:val="21"/>
          <w:lang w:val="fr-FR"/>
        </w:rPr>
        <w:t>________________________________________</w:t>
      </w:r>
    </w:p>
    <w:p w14:paraId="16CE2365" w14:textId="77777777" w:rsidR="005E36F1" w:rsidRDefault="00000000">
      <w:pPr>
        <w:keepNext/>
        <w:shd w:val="clear" w:color="auto" w:fill="1F3864"/>
        <w:spacing w:before="200" w:after="200"/>
        <w:ind w:left="113" w:right="113"/>
        <w:jc w:val="center"/>
        <w:rPr>
          <w:rFonts w:cs="Arial"/>
          <w:b/>
          <w:color w:val="FFFFFF"/>
          <w:sz w:val="23"/>
          <w:szCs w:val="23"/>
          <w:lang w:val="fr-FR"/>
        </w:rPr>
      </w:pPr>
      <w:r>
        <w:rPr>
          <w:rFonts w:cs="Arial"/>
          <w:b/>
          <w:color w:val="FFFFFF"/>
          <w:sz w:val="23"/>
          <w:szCs w:val="23"/>
          <w:lang w:val="fr-FR"/>
        </w:rPr>
        <w:t>Faisabilité du projet postdoctoral</w:t>
      </w:r>
    </w:p>
    <w:p w14:paraId="7D30A763" w14:textId="77777777" w:rsidR="005E36F1" w:rsidRDefault="00000000">
      <w:pPr>
        <w:spacing w:after="8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Démontrer la faisabilité du projet en :</w:t>
      </w:r>
    </w:p>
    <w:p w14:paraId="4E928F07" w14:textId="77777777" w:rsidR="005E36F1" w:rsidRDefault="00000000">
      <w:pPr>
        <w:numPr>
          <w:ilvl w:val="0"/>
          <w:numId w:val="4"/>
        </w:num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décrivant l’expertise du candidat à l’AàP post-doctorat de l’UPF relativement au projet,</w:t>
      </w:r>
    </w:p>
    <w:p w14:paraId="6785E85E" w14:textId="77777777" w:rsidR="005E36F1" w:rsidRDefault="00000000">
      <w:pPr>
        <w:numPr>
          <w:ilvl w:val="0"/>
          <w:numId w:val="4"/>
        </w:num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lastRenderedPageBreak/>
        <w:t>présentant de manière détaillée les moyens financiers à la disposition du post-doctorant pour la réalisation du projet.</w:t>
      </w:r>
    </w:p>
    <w:p w14:paraId="17303C69" w14:textId="77777777" w:rsidR="005E36F1" w:rsidRDefault="00000000">
      <w:pPr>
        <w:keepNext/>
        <w:shd w:val="clear" w:color="auto" w:fill="1F3864"/>
        <w:spacing w:before="200" w:after="200"/>
        <w:ind w:left="113" w:right="113"/>
        <w:jc w:val="center"/>
        <w:rPr>
          <w:rFonts w:cs="Arial"/>
          <w:b/>
          <w:color w:val="FFFFFF"/>
          <w:sz w:val="23"/>
          <w:szCs w:val="23"/>
          <w:lang w:val="fr-FR"/>
        </w:rPr>
      </w:pPr>
      <w:r>
        <w:rPr>
          <w:rFonts w:cs="Arial"/>
          <w:b/>
          <w:color w:val="FFFFFF"/>
          <w:sz w:val="23"/>
          <w:szCs w:val="23"/>
          <w:lang w:val="fr-FR"/>
        </w:rPr>
        <w:t>Validation du dossier</w:t>
      </w:r>
    </w:p>
    <w:p w14:paraId="308A4EF4" w14:textId="77777777" w:rsidR="005E36F1" w:rsidRDefault="00000000">
      <w:pPr>
        <w:spacing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J'atteste avoir l'accord du directeur de laboratoire</w:t>
      </w:r>
    </w:p>
    <w:p w14:paraId="4503B311" w14:textId="77777777" w:rsidR="005E36F1" w:rsidRDefault="00000000">
      <w:pPr>
        <w:spacing w:after="80"/>
        <w:rPr>
          <w:rFonts w:cs="Arial"/>
          <w:i/>
          <w:color w:val="595959"/>
          <w:sz w:val="19"/>
          <w:szCs w:val="19"/>
          <w:lang w:val="fr-FR"/>
        </w:rPr>
      </w:pPr>
      <w:r>
        <w:rPr>
          <w:rFonts w:cs="Arial"/>
          <w:i/>
          <w:color w:val="595959"/>
          <w:sz w:val="19"/>
          <w:szCs w:val="19"/>
          <w:lang w:val="fr-FR"/>
        </w:rPr>
        <w:t>Cochez la mention applicable :</w:t>
      </w:r>
    </w:p>
    <w:p w14:paraId="39F97781" w14:textId="77777777" w:rsidR="005E36F1" w:rsidRDefault="00000000">
      <w:pPr>
        <w:spacing w:after="4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☐ Oui</w:t>
      </w:r>
    </w:p>
    <w:p w14:paraId="326A7205" w14:textId="77777777" w:rsidR="005E36F1" w:rsidRDefault="00000000">
      <w:pPr>
        <w:spacing w:after="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>☐ Non</w:t>
      </w:r>
    </w:p>
    <w:sectPr w:rsidR="005E36F1" w:rsidSect="00BE7760">
      <w:headerReference w:type="default" r:id="rId8"/>
      <w:footerReference w:type="default" r:id="rId9"/>
      <w:pgSz w:w="11906" w:h="16838"/>
      <w:pgMar w:top="2948" w:right="1276" w:bottom="1984" w:left="1276" w:header="1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7E4E7F" w14:textId="77777777" w:rsidR="00917367" w:rsidRDefault="00917367">
      <w:pPr>
        <w:spacing w:after="0" w:line="240" w:lineRule="auto"/>
      </w:pPr>
      <w:r>
        <w:separator/>
      </w:r>
    </w:p>
  </w:endnote>
  <w:endnote w:type="continuationSeparator" w:id="0">
    <w:p w14:paraId="315B35F2" w14:textId="77777777" w:rsidR="00917367" w:rsidRDefault="00917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erif 4 14pt">
    <w:altName w:val="Cambria"/>
    <w:panose1 w:val="020B0604020202020204"/>
    <w:charset w:val="00"/>
    <w:family w:val="roman"/>
    <w:pitch w:val="variable"/>
    <w:sig w:usb0="20000287" w:usb1="02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ource Sans 3">
    <w:panose1 w:val="020B0604020202020204"/>
    <w:charset w:val="00"/>
    <w:family w:val="swiss"/>
    <w:pitch w:val="variable"/>
    <w:sig w:usb0="E00002FF" w:usb1="00002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E8BAAB" w14:textId="77777777" w:rsidR="00BC2DEB" w:rsidRPr="005E1BCA" w:rsidRDefault="00BC2DEB" w:rsidP="00BE7760">
    <w:pPr>
      <w:spacing w:after="0"/>
      <w:rPr>
        <w:sz w:val="20"/>
        <w:szCs w:val="20"/>
      </w:rPr>
    </w:pPr>
  </w:p>
  <w:p w14:paraId="4C4DD44A" w14:textId="77777777" w:rsidR="00BC2DEB" w:rsidRPr="005E1BCA" w:rsidRDefault="00000000">
    <w:pPr>
      <w:spacing w:after="20"/>
      <w:jc w:val="center"/>
      <w:rPr>
        <w:sz w:val="20"/>
        <w:szCs w:val="20"/>
        <w:lang w:val="fr-FR"/>
      </w:rPr>
    </w:pPr>
    <w:r w:rsidRPr="005E1BCA">
      <w:rPr>
        <w:rFonts w:eastAsia="Source Sans 3" w:cs="Source Sans 3"/>
        <w:b/>
        <w:color w:val="000D49"/>
        <w:sz w:val="20"/>
        <w:szCs w:val="20"/>
        <w:lang w:val="fr-FR"/>
      </w:rPr>
      <w:t>UNIVERSITÉ DE LA POLYNÉSIE FRANÇAISE</w:t>
    </w:r>
  </w:p>
  <w:p w14:paraId="60D5EE20" w14:textId="77777777" w:rsidR="00BC2DEB" w:rsidRPr="005E1BCA" w:rsidRDefault="00000000">
    <w:pPr>
      <w:spacing w:after="0"/>
      <w:jc w:val="center"/>
      <w:rPr>
        <w:sz w:val="18"/>
        <w:szCs w:val="18"/>
        <w:lang w:val="fr-FR"/>
      </w:rPr>
    </w:pPr>
    <w:r w:rsidRPr="005E1BCA">
      <w:rPr>
        <w:rFonts w:eastAsia="Source Sans 3" w:cs="Source Sans 3"/>
        <w:color w:val="4E545C"/>
        <w:sz w:val="18"/>
        <w:szCs w:val="18"/>
        <w:lang w:val="fr-FR"/>
      </w:rPr>
      <w:t>Campus d’Outumaoro · Punaauia · B.P. 6570 · 98702 Faa’a · Tahiti · Polynésie française</w:t>
    </w:r>
  </w:p>
  <w:p w14:paraId="0A1D3A43" w14:textId="77777777" w:rsidR="00BC2DEB" w:rsidRPr="00BE7760" w:rsidRDefault="00BE7760" w:rsidP="00BE7760">
    <w:pPr>
      <w:spacing w:after="0"/>
      <w:jc w:val="center"/>
      <w:rPr>
        <w:sz w:val="18"/>
        <w:szCs w:val="18"/>
        <w:lang w:val="fr-FR"/>
      </w:rPr>
    </w:pPr>
    <w:r>
      <w:rPr>
        <w:rFonts w:ascii="Arial" w:hAnsi="Arial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70EB072" wp14:editId="3A87B101">
              <wp:simplePos x="0" y="0"/>
              <wp:positionH relativeFrom="column">
                <wp:posOffset>-880745</wp:posOffset>
              </wp:positionH>
              <wp:positionV relativeFrom="paragraph">
                <wp:posOffset>300066</wp:posOffset>
              </wp:positionV>
              <wp:extent cx="7752080" cy="469265"/>
              <wp:effectExtent l="0" t="0" r="0" b="635"/>
              <wp:wrapNone/>
              <wp:docPr id="29878177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2080" cy="469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E1C41A" w14:textId="77777777" w:rsidR="0003139A" w:rsidRDefault="0003139A" w:rsidP="0003139A">
                          <w:r>
                            <w:rPr>
                              <w:rFonts w:ascii="Arial" w:hAnsi="Arial"/>
                              <w:b/>
                              <w:bCs/>
                              <w:noProof/>
                              <w:sz w:val="28"/>
                            </w:rPr>
                            <w:drawing>
                              <wp:inline distT="0" distB="0" distL="0" distR="0" wp14:anchorId="26FF19B9" wp14:editId="238A9B9C">
                                <wp:extent cx="7506101" cy="250503"/>
                                <wp:effectExtent l="0" t="0" r="0" b="3810"/>
                                <wp:docPr id="116402667" name="Imag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24206824" name="Image 202420682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 flipV="1">
                                          <a:off x="0" y="0"/>
                                          <a:ext cx="16804588" cy="5608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370EB072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8" type="#_x0000_t202" style="position:absolute;left:0;text-align:left;margin-left:-69.35pt;margin-top:23.65pt;width:610.4pt;height:36.9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" fillcolor="white [3201]" stroked="f" strokeweight=".5pt">
              <v:textbox>
                <w:txbxContent>
                  <w:p w14:paraId="27489815" w14:textId="77777777" w:rsidR="0003139A" w:rsidRDefault="0003139A" w:rsidP="0003139A">
                    <w:r>
                      <w:rPr>
                        <w:rFonts w:ascii="Arial" w:hAnsi="Arial"/>
                        <w:b/>
                        <w:bCs/>
                        <w:noProof/>
                        <w:sz w:val="28"/>
                      </w:rPr>
                      <w:drawing>
                        <wp:inline distT="0" distB="0" distL="0" distR="0" wp14:anchorId="26FF19B9" wp14:editId="238A9B9C">
                          <wp:extent cx="7506101" cy="250503"/>
                          <wp:effectExtent l="0" t="0" r="0" b="3810"/>
                          <wp:docPr id="116402667" name="Imag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24206824" name="Image 2024206824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0" y="0"/>
                                    <a:ext cx="16804588" cy="5608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E1BCA">
      <w:rPr>
        <w:rFonts w:eastAsia="Source Sans 3" w:cs="Source Sans 3"/>
        <w:color w:val="4E545C"/>
        <w:sz w:val="18"/>
        <w:szCs w:val="18"/>
        <w:lang w:val="fr-FR"/>
      </w:rPr>
      <w:t>Tél. : (+689) 40 803</w:t>
    </w:r>
    <w:r w:rsidR="00363986" w:rsidRPr="005E1BCA">
      <w:rPr>
        <w:rFonts w:eastAsia="Source Sans 3" w:cs="Source Sans 3"/>
        <w:color w:val="4E545C"/>
        <w:sz w:val="18"/>
        <w:szCs w:val="18"/>
        <w:lang w:val="fr-FR"/>
      </w:rPr>
      <w:t xml:space="preserve"> </w:t>
    </w:r>
    <w:r w:rsidRPr="005E1BCA">
      <w:rPr>
        <w:rFonts w:eastAsia="Source Sans 3" w:cs="Source Sans 3"/>
        <w:color w:val="4E545C"/>
        <w:sz w:val="18"/>
        <w:szCs w:val="18"/>
        <w:lang w:val="fr-FR"/>
      </w:rPr>
      <w:t>8</w:t>
    </w:r>
    <w:r w:rsidR="00363986" w:rsidRPr="005E1BCA">
      <w:rPr>
        <w:rFonts w:eastAsia="Source Sans 3" w:cs="Source Sans 3"/>
        <w:color w:val="4E545C"/>
        <w:sz w:val="18"/>
        <w:szCs w:val="18"/>
        <w:lang w:val="fr-FR"/>
      </w:rPr>
      <w:t>03</w:t>
    </w:r>
    <w:r w:rsidRPr="005E1BCA">
      <w:rPr>
        <w:rFonts w:eastAsia="Source Sans 3" w:cs="Source Sans 3"/>
        <w:color w:val="4E545C"/>
        <w:sz w:val="18"/>
        <w:szCs w:val="18"/>
        <w:lang w:val="fr-FR"/>
      </w:rPr>
      <w:t xml:space="preserve"> ·</w:t>
    </w:r>
    <w:r w:rsidR="005E1BCA" w:rsidRPr="005E1BCA">
      <w:rPr>
        <w:rFonts w:eastAsia="Source Sans 3" w:cs="Source Sans 3"/>
        <w:color w:val="4E545C"/>
        <w:sz w:val="18"/>
        <w:szCs w:val="18"/>
        <w:lang w:val="fr-FR"/>
      </w:rPr>
      <w:t xml:space="preserve"> Mèl:</w:t>
    </w:r>
    <w:r w:rsidR="005E1BCA" w:rsidRPr="005E1BCA">
      <w:rPr>
        <w:lang w:val="fr-FR"/>
      </w:rPr>
      <w:t xml:space="preserve"> </w:t>
    </w:r>
    <w:hyperlink r:id="rId3" w:history="1">
      <w:r w:rsidR="005E1BCA" w:rsidRPr="005E1BCA">
        <w:rPr>
          <w:rStyle w:val="Hyperlink"/>
          <w:rFonts w:eastAsia="Source Sans 3" w:cs="Source Sans 3"/>
          <w:sz w:val="18"/>
          <w:szCs w:val="18"/>
          <w:lang w:val="fr-FR"/>
        </w:rPr>
        <w:t>courrier@upf.pf</w:t>
      </w:r>
    </w:hyperlink>
    <w:r w:rsidR="005E1BCA" w:rsidRPr="005E1BCA">
      <w:rPr>
        <w:rFonts w:eastAsia="Source Sans 3" w:cs="Source Sans 3"/>
        <w:color w:val="4E545C"/>
        <w:sz w:val="18"/>
        <w:szCs w:val="18"/>
        <w:lang w:val="fr-FR"/>
      </w:rPr>
      <w:t xml:space="preserve"> · </w:t>
    </w:r>
    <w:r w:rsidR="00D75B2D" w:rsidRPr="005E1BCA">
      <w:rPr>
        <w:rFonts w:eastAsia="Source Sans 3" w:cs="Source Sans 3"/>
        <w:color w:val="4E545C"/>
        <w:sz w:val="18"/>
        <w:szCs w:val="18"/>
        <w:lang w:val="fr-FR"/>
      </w:rPr>
      <w:t>W</w:t>
    </w:r>
    <w:r w:rsidR="00AD2032" w:rsidRPr="005E1BCA">
      <w:rPr>
        <w:rFonts w:eastAsia="Source Sans 3" w:cs="Source Sans 3"/>
        <w:color w:val="4E545C"/>
        <w:sz w:val="18"/>
        <w:szCs w:val="18"/>
        <w:lang w:val="fr-FR"/>
      </w:rPr>
      <w:t xml:space="preserve">eb : </w:t>
    </w:r>
    <w:r w:rsidRPr="005E1BCA">
      <w:rPr>
        <w:rFonts w:eastAsia="Source Sans 3" w:cs="Source Sans 3"/>
        <w:color w:val="4E545C"/>
        <w:sz w:val="18"/>
        <w:szCs w:val="18"/>
        <w:lang w:val="fr-FR"/>
      </w:rPr>
      <w:t>www.upf.pf</w:t>
    </w:r>
    <w:r w:rsidR="0003139A" w:rsidRPr="005E1BCA">
      <w:rPr>
        <w:lang w:val="fr-FR"/>
      </w:rPr>
      <w:br/>
    </w:r>
    <w:r w:rsidR="0003139A" w:rsidRPr="005E1BCA">
      <w:rPr>
        <w:lang w:val="fr-FR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A89B24" w14:textId="77777777" w:rsidR="00917367" w:rsidRDefault="00917367">
      <w:pPr>
        <w:spacing w:after="0" w:line="240" w:lineRule="auto"/>
      </w:pPr>
      <w:r>
        <w:separator/>
      </w:r>
    </w:p>
  </w:footnote>
  <w:footnote w:type="continuationSeparator" w:id="0">
    <w:p w14:paraId="1D271A81" w14:textId="77777777" w:rsidR="00917367" w:rsidRDefault="00917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533896" w14:textId="77777777" w:rsidR="00692DC9" w:rsidRDefault="005E1BCA" w:rsidP="00BE7760">
    <w:pPr>
      <w:pStyle w:val="Header"/>
      <w:ind w:left="-879" w:right="-879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C9C8A3" wp14:editId="03D854C7">
              <wp:simplePos x="0" y="0"/>
              <wp:positionH relativeFrom="column">
                <wp:posOffset>3752215</wp:posOffset>
              </wp:positionH>
              <wp:positionV relativeFrom="paragraph">
                <wp:posOffset>-24419</wp:posOffset>
              </wp:positionV>
              <wp:extent cx="3118757" cy="1182947"/>
              <wp:effectExtent l="0" t="0" r="5715" b="0"/>
              <wp:wrapNone/>
              <wp:docPr id="491290482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8757" cy="11829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88930B8" w14:textId="77777777" w:rsidR="005E1BCA" w:rsidRDefault="005E1BC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1B197F5" wp14:editId="151F54C5">
                                <wp:extent cx="2575127" cy="1187669"/>
                                <wp:effectExtent l="0" t="0" r="0" b="0"/>
                                <wp:docPr id="1155074381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55074381" name="Image 1155074381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27296" b="2658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809884" cy="1295941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AC9C8A3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295.45pt;margin-top:-1.9pt;width:245.55pt;height:93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" fillcolor="white [3201]" stroked="f" strokeweight=".5pt">
              <v:textbox>
                <w:txbxContent>
                  <w:p w14:paraId="103A502C" w14:textId="708D8EF1" w:rsidR="005E1BCA" w:rsidRDefault="005E1BCA">
                    <w:r>
                      <w:rPr>
                        <w:noProof/>
                      </w:rPr>
                      <w:drawing>
                        <wp:inline distT="0" distB="0" distL="0" distR="0" wp14:anchorId="01B197F5" wp14:editId="151F54C5">
                          <wp:extent cx="2575127" cy="1187669"/>
                          <wp:effectExtent l="0" t="0" r="0" b="0"/>
                          <wp:docPr id="1155074381" name="Imag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55074381" name="Image 1155074381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27296" b="2658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09884" cy="1295941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40E8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42A1AE" wp14:editId="6190F1B2">
              <wp:simplePos x="0" y="0"/>
              <wp:positionH relativeFrom="column">
                <wp:posOffset>-506186</wp:posOffset>
              </wp:positionH>
              <wp:positionV relativeFrom="paragraph">
                <wp:posOffset>178979</wp:posOffset>
              </wp:positionV>
              <wp:extent cx="1510393" cy="1167493"/>
              <wp:effectExtent l="0" t="0" r="1270" b="1270"/>
              <wp:wrapNone/>
              <wp:docPr id="1980730800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0393" cy="11674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677C68F" w14:textId="77777777" w:rsidR="00840E88" w:rsidRDefault="00840E88" w:rsidP="00840E88">
                          <w:r w:rsidRPr="00CA1A68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2789953C" wp14:editId="642EF603">
                                <wp:extent cx="1149296" cy="998401"/>
                                <wp:effectExtent l="0" t="0" r="0" b="5080"/>
                                <wp:docPr id="2" name="Image 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64579" cy="101167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942A1AE" id="Zone de texte 4" o:spid="_x0000_s1027" type="#_x0000_t202" style="position:absolute;left:0;text-align:left;margin-left:-39.85pt;margin-top:14.1pt;width:118.95pt;height:9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" fillcolor="white [3201]" stroked="f" strokeweight=".5pt">
              <v:textbox>
                <w:txbxContent>
                  <w:p w14:paraId="4E4812E8" w14:textId="77777777" w:rsidR="00840E88" w:rsidRDefault="00840E88" w:rsidP="00840E88">
                    <w:r w:rsidRPr="00CA1A68">
                      <w:rPr>
                        <w:noProof/>
                        <w:lang w:eastAsia="fr-FR"/>
                      </w:rPr>
                      <w:drawing>
                        <wp:inline distT="0" distB="0" distL="0" distR="0" wp14:anchorId="2789953C" wp14:editId="642EF603">
                          <wp:extent cx="1149296" cy="998401"/>
                          <wp:effectExtent l="0" t="0" r="0" b="5080"/>
                          <wp:docPr id="2" name="Image 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64579" cy="10116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9470919">
    <w:abstractNumId w:val="8"/>
  </w:num>
  <w:num w:numId="2" w16cid:durableId="571894537">
    <w:abstractNumId w:val="6"/>
  </w:num>
  <w:num w:numId="3" w16cid:durableId="1448311382">
    <w:abstractNumId w:val="5"/>
  </w:num>
  <w:num w:numId="4" w16cid:durableId="278803162">
    <w:abstractNumId w:val="4"/>
  </w:num>
  <w:num w:numId="5" w16cid:durableId="362051414">
    <w:abstractNumId w:val="7"/>
  </w:num>
  <w:num w:numId="6" w16cid:durableId="2112968410">
    <w:abstractNumId w:val="3"/>
  </w:num>
  <w:num w:numId="7" w16cid:durableId="72749342">
    <w:abstractNumId w:val="2"/>
  </w:num>
  <w:num w:numId="8" w16cid:durableId="1748531586">
    <w:abstractNumId w:val="1"/>
  </w:num>
  <w:num w:numId="9" w16cid:durableId="12680771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39A"/>
    <w:rsid w:val="00034616"/>
    <w:rsid w:val="0006063C"/>
    <w:rsid w:val="000C093B"/>
    <w:rsid w:val="0015074B"/>
    <w:rsid w:val="001C6BCD"/>
    <w:rsid w:val="001E5E2E"/>
    <w:rsid w:val="0029639D"/>
    <w:rsid w:val="002A7B78"/>
    <w:rsid w:val="002D6740"/>
    <w:rsid w:val="002D7FCF"/>
    <w:rsid w:val="00326F90"/>
    <w:rsid w:val="00363986"/>
    <w:rsid w:val="003F103B"/>
    <w:rsid w:val="00413B58"/>
    <w:rsid w:val="004C50EB"/>
    <w:rsid w:val="0050366E"/>
    <w:rsid w:val="005776AF"/>
    <w:rsid w:val="005E1BCA"/>
    <w:rsid w:val="005E36F1"/>
    <w:rsid w:val="00692DC9"/>
    <w:rsid w:val="00802642"/>
    <w:rsid w:val="00840E88"/>
    <w:rsid w:val="00917367"/>
    <w:rsid w:val="0095329A"/>
    <w:rsid w:val="009A3CD9"/>
    <w:rsid w:val="00AA1D8D"/>
    <w:rsid w:val="00AD2032"/>
    <w:rsid w:val="00AD20C7"/>
    <w:rsid w:val="00B47730"/>
    <w:rsid w:val="00BC2DEB"/>
    <w:rsid w:val="00BE7760"/>
    <w:rsid w:val="00BF31ED"/>
    <w:rsid w:val="00CA77B4"/>
    <w:rsid w:val="00CB0664"/>
    <w:rsid w:val="00D75B2D"/>
    <w:rsid w:val="00E36112"/>
    <w:rsid w:val="00F51117"/>
    <w:rsid w:val="00FC693F"/>
    <w:rsid w:val="00FF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0BF55AB5"/>
  <w14:defaultImageDpi w14:val="300"/>
  <w15:docId w15:val="{9E6D0B03-BA15-EB41-9567-C3E83F71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Source Serif 4 14pt" w:eastAsia="Source Serif 4 14pt" w:hAnsi="Source Serif 4 14pt" w:cs="Source Serif 4 14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PFObjet">
    <w:name w:val="UPF Objet"/>
    <w:rPr>
      <w:rFonts w:ascii="Source Sans 3" w:eastAsia="Source Sans 3" w:hAnsi="Source Sans 3" w:cs="Source Sans 3"/>
      <w:b/>
    </w:rPr>
  </w:style>
  <w:style w:type="paragraph" w:customStyle="1" w:styleId="UPFSignature">
    <w:name w:val="UPF Signature"/>
    <w:rPr>
      <w:rFonts w:ascii="Source Sans 3" w:eastAsia="Source Sans 3" w:hAnsi="Source Sans 3" w:cs="Source Sans 3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031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13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139A"/>
    <w:rPr>
      <w:rFonts w:ascii="Source Serif 4 14pt" w:eastAsia="Source Serif 4 14pt" w:hAnsi="Source Serif 4 14pt" w:cs="Source Serif 4 14p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13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139A"/>
    <w:rPr>
      <w:rFonts w:ascii="Source Serif 4 14pt" w:eastAsia="Source Serif 4 14pt" w:hAnsi="Source Serif 4 14pt" w:cs="Source Serif 4 14pt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E1BCA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80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80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urrier@upf.pf" TargetMode="External"/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Modèle de lettre - Président - Université de la Polynésie française</vt:lpstr>
      <vt:lpstr/>
    </vt:vector>
  </TitlesOfParts>
  <Manager/>
  <Company/>
  <LinksUpToDate>false</LinksUpToDate>
  <CharactersWithSpaces>3403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lettre - Président - Université de la Polynésie française</dc:title>
  <dc:subject>Papier à en-tête conforme à la nouvelle charte graphique UPF</dc:subject>
  <dc:creator>Université de la Polynésie française</dc:creator>
  <cp:keywords/>
  <dc:description>generated by python-docx</dc:description>
  <cp:lastModifiedBy>Tuarii Teinauri</cp:lastModifiedBy>
  <cp:revision>4</cp:revision>
  <dcterms:created xsi:type="dcterms:W3CDTF">2026-08-25T23:32:00Z</dcterms:created>
  <dcterms:modified xsi:type="dcterms:W3CDTF">2026-09-23T22:15:00Z</dcterms:modified>
  <cp:category/>
</cp:coreProperties>
</file>