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35EA01" w14:textId="5332A001" w:rsidR="002D7FCF" w:rsidRPr="00802642" w:rsidRDefault="002D7FCF" w:rsidP="00BE7760">
      <w:pPr>
        <w:pStyle w:val="Pieddepage"/>
        <w:jc w:val="right"/>
        <w:rPr>
          <w:bCs/>
          <w:lang w:val="fr-FR"/>
        </w:rPr>
      </w:pPr>
      <w:r w:rsidRPr="00802642">
        <w:rPr>
          <w:bCs/>
          <w:color w:val="808080" w:themeColor="background1" w:themeShade="80"/>
          <w:lang w:val="fr-FR"/>
        </w:rPr>
        <w:t xml:space="preserve">Punaauia, le </w:t>
      </w:r>
      <w:r w:rsidRPr="00413B58">
        <w:rPr>
          <w:bCs/>
          <w:color w:val="808080" w:themeColor="background1" w:themeShade="80"/>
        </w:rPr>
        <w:fldChar w:fldCharType="begin"/>
      </w:r>
      <w:r w:rsidRPr="00413B58">
        <w:rPr>
          <w:bCs/>
          <w:color w:val="808080" w:themeColor="background1" w:themeShade="80"/>
        </w:rPr>
        <w:instrText xml:space="preserve"> TIME \@ "dd/MM/yyyy" </w:instrText>
      </w:r>
      <w:r w:rsidRPr="00413B58">
        <w:rPr>
          <w:bCs/>
          <w:color w:val="808080" w:themeColor="background1" w:themeShade="80"/>
        </w:rPr>
        <w:fldChar w:fldCharType="separate"/>
      </w:r>
      <w:r w:rsidR="00AD20C7">
        <w:rPr>
          <w:bCs/>
          <w:noProof/>
          <w:color w:val="808080" w:themeColor="background1" w:themeShade="80"/>
        </w:rPr>
        <w:t>25/08/2026</w:t>
      </w:r>
      <w:r w:rsidRPr="00413B58">
        <w:rPr>
          <w:bCs/>
          <w:color w:val="808080" w:themeColor="background1" w:themeShade="80"/>
        </w:rPr>
        <w:fldChar w:fldCharType="end"/>
      </w:r>
    </w:p>
    <w:p>
      <w:pPr>
        <w:spacing w:before="0" w:after="0" w:line="240" w:lineRule="auto"/>
        <w:rPr>
          <w:rFonts w:cs="Arial"/>
          <w:sz w:val="21"/>
          <w:szCs w:val="21"/>
          <w:lang w:val="fr-FR"/>
        </w:rPr>
      </w:pPr>
    </w:p>
    <w:p>
      <w:pPr>
        <w:keepNext/>
        <w:shd w:val="clear" w:color="auto" w:fill="1F3864"/>
        <w:spacing w:before="160" w:after="0"/>
        <w:ind w:left="113" w:right="113"/>
        <w:jc w:val="center"/>
        <w:rPr>
          <w:rFonts w:cs="Arial"/>
          <w:b/>
          <w:color w:val="FFFFFF"/>
          <w:sz w:val="30"/>
          <w:szCs w:val="30"/>
          <w:lang w:val="fr-FR"/>
        </w:rPr>
      </w:pPr>
      <w:r>
        <w:rPr>
          <w:rFonts w:cs="Arial"/>
          <w:b/>
          <w:color w:val="FFFFFF"/>
          <w:sz w:val="30"/>
          <w:szCs w:val="30"/>
          <w:lang w:val="fr-FR"/>
        </w:rPr>
        <w:t xml:space="preserve">Appel à projets Investissement de la Commission de la Recherche de l’UPF 2027</w:t>
      </w:r>
    </w:p>
    <w:p>
      <w:pPr>
        <w:keepNext/>
        <w:shd w:val="clear" w:color="auto" w:fill="1F3864"/>
        <w:spacing w:before="0" w:after="160"/>
        <w:ind w:left="113" w:right="113"/>
        <w:jc w:val="center"/>
        <w:rPr>
          <w:rFonts w:cs="Arial"/>
          <w:b/>
          <w:color w:val="FFFFFF"/>
          <w:sz w:val="21"/>
          <w:szCs w:val="21"/>
          <w:lang w:val="fr-FR"/>
        </w:rPr>
      </w:pPr>
      <w:r>
        <w:rPr>
          <w:rFonts w:cs="Arial"/>
          <w:b/>
          <w:color w:val="FFFFFF"/>
          <w:sz w:val="21"/>
          <w:szCs w:val="21"/>
          <w:lang w:val="fr-FR"/>
        </w:rPr>
        <w:t xml:space="preserve">Formulaire de réponse</w:t>
      </w:r>
    </w:p>
    <w:p>
      <w:pPr>
        <w:spacing w:before="0" w:after="140" w:line="240" w:lineRule="auto"/>
        <w:rPr>
          <w:rFonts w:cs="Arial"/>
          <w:sz w:val="21"/>
          <w:szCs w:val="21"/>
          <w:lang w:val="fr-FR"/>
        </w:rPr>
      </w:pP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1. Porteur du projet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Nom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Prénom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Corps et grade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N° et intitulé de la section CNU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Laboratoire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2. Matériel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Type de matériel (intitulé)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Description technique du matériel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Coût total en XPF TTC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 demandé au titre de l'AAP en XPF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0" w:after="60"/>
        <w:rPr>
          <w:rFonts w:cs="Arial"/>
          <w:i/>
          <w:sz w:val="21"/>
          <w:szCs w:val="21"/>
          <w:lang w:val="fr-FR"/>
        </w:rPr>
      </w:pPr>
      <w:r>
        <w:rPr>
          <w:rFonts w:cs="Arial"/>
          <w:i/>
          <w:sz w:val="21"/>
          <w:szCs w:val="21"/>
          <w:lang w:val="fr-FR"/>
        </w:rPr>
        <w:t xml:space="preserve">Joindre impérativement le devis correspondant en annexe.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Co-financement(s)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Durée de vie du matériel (en années)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Durée d'utilisation prévue (en années)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Délibération - durées d'amortissement UPF applicable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Montant approximatif de l'amortissement annuel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Localisation prévue de l'équipement, en précisant si des conditions spécifiques s'appliquent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3. Argumentaire</w:t>
      </w:r>
    </w:p>
    <w:p>
      <w:pPr>
        <w:spacing w:before="14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Pertinence scientifique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Décrire la pertinence de l'équipement pour le/les projets en cours et à venir du laboratoire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14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Utilisation et mutualisation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Indiquer le taux d'utilisation prévisionnel au sein de l'UPF et les usagers potentiels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Décrire le potentiel de mutualisation de l'équipement à l'échelle du Site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140" w:after="60"/>
        <w:rPr>
          <w:rFonts w:cs="Arial"/>
          <w:u w:val="single"/>
          <w:sz w:val="21"/>
          <w:szCs w:val="21"/>
          <w:lang w:val="fr-FR"/>
        </w:rPr>
      </w:pPr>
      <w:r>
        <w:rPr>
          <w:rFonts w:cs="Arial"/>
          <w:u w:val="single"/>
          <w:sz w:val="21"/>
          <w:szCs w:val="21"/>
          <w:lang w:val="fr-FR"/>
        </w:rPr>
        <w:t xml:space="preserve">Installation, exploitation et maintenance</w:t>
      </w:r>
    </w:p>
    <w:p>
      <w:pPr>
        <w:numPr>
          <w:ilvl w:val="0"/>
          <w:numId w:val="4"/>
        </w:numPr>
        <w:spacing w:before="0" w:after="10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Décrire le plan d'installation, d'exploitation et de maintenance, ainsi que la prise en charge des coûts associés : </w:t>
      </w:r>
      <w:r>
        <w:rPr>
          <w:rFonts w:cs="Arial"/>
          <w:sz w:val="21"/>
          <w:szCs w:val="21"/>
          <w:lang w:val="fr-FR"/>
        </w:rPr>
        <w:t xml:space="preserve">_________________________</w:t>
      </w:r>
    </w:p>
    <w:p>
      <w:pPr>
        <w:spacing w:before="240" w:after="120"/>
        <w:rPr>
          <w:rFonts w:cs="Arial"/>
          <w:b/>
          <w:color w:val="1F3864"/>
          <w:sz w:val="24"/>
          <w:szCs w:val="24"/>
          <w:lang w:val="fr-FR"/>
        </w:rPr>
      </w:pPr>
      <w:r>
        <w:rPr>
          <w:rFonts w:cs="Arial"/>
          <w:b/>
          <w:color w:val="1F3864"/>
          <w:sz w:val="24"/>
          <w:szCs w:val="24"/>
          <w:lang w:val="fr-FR"/>
        </w:rPr>
        <w:t xml:space="preserve">4. Validation du dossier</w:t>
      </w:r>
    </w:p>
    <w:p>
      <w:pPr>
        <w:spacing w:before="0" w:after="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J'atteste avoir l'accord du Directeur de laboratoire pour le dépôt de la présente demande :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Oui</w:t>
      </w:r>
    </w:p>
    <w:p>
      <w:pPr>
        <w:spacing w:before="0" w:after="60"/>
        <w:rPr>
          <w:rFonts w:cs="Arial"/>
          <w:sz w:val="21"/>
          <w:szCs w:val="21"/>
          <w:lang w:val="fr-FR"/>
        </w:rPr>
      </w:pPr>
      <w:r>
        <w:rPr>
          <w:rFonts w:cs="Arial"/>
          <w:sz w:val="21"/>
          <w:szCs w:val="21"/>
          <w:lang w:val="fr-FR"/>
        </w:rPr>
        <w:t xml:space="preserve">☐ Non</w:t>
      </w:r>
    </w:p>
    <w:sectPr w:rsidR="00692DC9" w:rsidRPr="00802642" w:rsidSect="00BE7760">
      <w:headerReference w:type="default" r:id="rId8"/>
      <w:footerReference w:type="default" r:id="rId9"/>
      <w:pgSz w:w="11906" w:h="16838"/>
      <w:pgMar w:top="2948" w:right="1276" w:bottom="1984" w:left="1276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425AAE" w14:textId="77777777" w:rsidR="00CA77B4" w:rsidRDefault="00CA77B4">
      <w:pPr>
        <w:spacing w:after="0" w:line="240" w:lineRule="auto"/>
      </w:pPr>
      <w:r>
        <w:separator/>
      </w:r>
    </w:p>
  </w:endnote>
  <w:endnote w:type="continuationSeparator" w:id="0">
    <w:p w14:paraId="1F594503" w14:textId="77777777" w:rsidR="00CA77B4" w:rsidRDefault="00CA7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erif 4 14pt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B813E" w14:textId="77777777" w:rsidR="00BC2DEB" w:rsidRPr="005E1BCA" w:rsidRDefault="00BC2DEB" w:rsidP="00BE7760">
    <w:pPr>
      <w:spacing w:after="0"/>
      <w:rPr>
        <w:sz w:val="20"/>
        <w:szCs w:val="20"/>
      </w:rPr>
    </w:pPr>
  </w:p>
  <w:p w14:paraId="5489FA18" w14:textId="77777777" w:rsidR="00BC2DEB" w:rsidRPr="005E1BCA" w:rsidRDefault="00000000">
    <w:pPr>
      <w:spacing w:after="20"/>
      <w:jc w:val="center"/>
      <w:rPr>
        <w:sz w:val="20"/>
        <w:szCs w:val="20"/>
        <w:lang w:val="fr-FR"/>
      </w:rPr>
    </w:pPr>
    <w:r w:rsidRPr="005E1BCA">
      <w:rPr>
        <w:rFonts w:eastAsia="Source Sans 3" w:cs="Source Sans 3"/>
        <w:b/>
        <w:color w:val="000D49"/>
        <w:sz w:val="20"/>
        <w:szCs w:val="20"/>
        <w:lang w:val="fr-FR"/>
      </w:rPr>
      <w:t>UNIVERSITÉ DE LA POLYNÉSIE FRANÇAISE</w:t>
    </w:r>
  </w:p>
  <w:p w14:paraId="4C4C4B00" w14:textId="5C7058AD" w:rsidR="00BC2DEB" w:rsidRPr="005E1BCA" w:rsidRDefault="00000000">
    <w:pPr>
      <w:spacing w:after="0"/>
      <w:jc w:val="center"/>
      <w:rPr>
        <w:sz w:val="18"/>
        <w:szCs w:val="18"/>
        <w:lang w:val="fr-FR"/>
      </w:rPr>
    </w:pPr>
    <w:r w:rsidRPr="005E1BCA">
      <w:rPr>
        <w:rFonts w:eastAsia="Source Sans 3" w:cs="Source Sans 3"/>
        <w:color w:val="4E545C"/>
        <w:sz w:val="18"/>
        <w:szCs w:val="18"/>
        <w:lang w:val="fr-FR"/>
      </w:rPr>
      <w:t>Campus d’</w:t>
    </w:r>
    <w:proofErr w:type="spellStart"/>
    <w:r w:rsidRPr="005E1BCA">
      <w:rPr>
        <w:rFonts w:eastAsia="Source Sans 3" w:cs="Source Sans 3"/>
        <w:color w:val="4E545C"/>
        <w:sz w:val="18"/>
        <w:szCs w:val="18"/>
        <w:lang w:val="fr-FR"/>
      </w:rPr>
      <w:t>Outumaoro</w:t>
    </w:r>
    <w:proofErr w:type="spellEnd"/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 Punaauia · B.P. 6570 · 98702 </w:t>
    </w:r>
    <w:proofErr w:type="spellStart"/>
    <w:r w:rsidRPr="005E1BCA">
      <w:rPr>
        <w:rFonts w:eastAsia="Source Sans 3" w:cs="Source Sans 3"/>
        <w:color w:val="4E545C"/>
        <w:sz w:val="18"/>
        <w:szCs w:val="18"/>
        <w:lang w:val="fr-FR"/>
      </w:rPr>
      <w:t>Faa’a</w:t>
    </w:r>
    <w:proofErr w:type="spellEnd"/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 Tahiti · Polynésie française</w:t>
    </w:r>
  </w:p>
  <w:p w14:paraId="09AC86C0" w14:textId="4E893BC9" w:rsidR="00BC2DEB" w:rsidRPr="00BE7760" w:rsidRDefault="00BE7760" w:rsidP="00BE7760">
    <w:pPr>
      <w:spacing w:after="0"/>
      <w:jc w:val="center"/>
      <w:rPr>
        <w:sz w:val="18"/>
        <w:szCs w:val="18"/>
        <w:lang w:val="fr-FR"/>
      </w:rPr>
    </w:pPr>
    <w:r>
      <w:rPr>
        <w:rFonts w:ascii="Arial" w:hAnsi="Arial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0EB072" wp14:editId="3A87B101">
              <wp:simplePos x="0" y="0"/>
              <wp:positionH relativeFrom="column">
                <wp:posOffset>-880745</wp:posOffset>
              </wp:positionH>
              <wp:positionV relativeFrom="paragraph">
                <wp:posOffset>300066</wp:posOffset>
              </wp:positionV>
              <wp:extent cx="7752080" cy="469265"/>
              <wp:effectExtent l="0" t="0" r="0" b="635"/>
              <wp:wrapNone/>
              <wp:docPr id="29878177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208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489815" w14:textId="77777777" w:rsidR="0003139A" w:rsidRDefault="0003139A" w:rsidP="0003139A">
                          <w:r>
                            <w:rPr>
                              <w:rFonts w:ascii="Arial" w:hAnsi="Arial"/>
                              <w:b/>
                              <w:bCs/>
                              <w:noProof/>
                              <w:sz w:val="28"/>
                            </w:rPr>
                            <w:drawing>
                              <wp:inline distT="0" distB="0" distL="0" distR="0" wp14:anchorId="26FF19B9" wp14:editId="238A9B9C">
                                <wp:extent cx="7506101" cy="250503"/>
                                <wp:effectExtent l="0" t="0" r="0" b="3810"/>
                                <wp:docPr id="116402667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4206824" name="Image 202420682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V="1">
                                          <a:off x="0" y="0"/>
                                          <a:ext cx="16804588" cy="5608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0EB072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8" type="#_x0000_t202" style="position:absolute;left:0;text-align:left;margin-left:-69.35pt;margin-top:23.65pt;width:610.4pt;height:36.9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" fillcolor="white [3201]" stroked="f" strokeweight=".5pt">
              <v:textbox>
                <w:txbxContent>
                  <w:p w14:paraId="27489815" w14:textId="77777777" w:rsidR="0003139A" w:rsidRDefault="0003139A" w:rsidP="0003139A">
                    <w:r>
                      <w:rPr>
                        <w:rFonts w:ascii="Arial" w:hAnsi="Arial"/>
                        <w:b/>
                        <w:bCs/>
                        <w:noProof/>
                        <w:sz w:val="28"/>
                      </w:rPr>
                      <w:drawing>
                        <wp:inline distT="0" distB="0" distL="0" distR="0" wp14:anchorId="26FF19B9" wp14:editId="238A9B9C">
                          <wp:extent cx="7506101" cy="250503"/>
                          <wp:effectExtent l="0" t="0" r="0" b="3810"/>
                          <wp:docPr id="116402667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4206824" name="Image 202420682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V="1">
                                    <a:off x="0" y="0"/>
                                    <a:ext cx="16804588" cy="5608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E1BCA">
      <w:rPr>
        <w:rFonts w:eastAsia="Source Sans 3" w:cs="Source Sans 3"/>
        <w:color w:val="4E545C"/>
        <w:sz w:val="18"/>
        <w:szCs w:val="18"/>
        <w:lang w:val="fr-FR"/>
      </w:rPr>
      <w:t>Tél. : (+689) 40 803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8</w:t>
    </w:r>
    <w:r w:rsidR="00363986" w:rsidRPr="005E1BCA">
      <w:rPr>
        <w:rFonts w:eastAsia="Source Sans 3" w:cs="Source Sans 3"/>
        <w:color w:val="4E545C"/>
        <w:sz w:val="18"/>
        <w:szCs w:val="18"/>
        <w:lang w:val="fr-FR"/>
      </w:rPr>
      <w:t>03</w:t>
    </w:r>
    <w:r w:rsidRPr="005E1BCA">
      <w:rPr>
        <w:rFonts w:eastAsia="Source Sans 3" w:cs="Source Sans 3"/>
        <w:color w:val="4E545C"/>
        <w:sz w:val="18"/>
        <w:szCs w:val="18"/>
        <w:lang w:val="fr-FR"/>
      </w:rPr>
      <w:t xml:space="preserve"> ·</w:t>
    </w:r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</w:t>
    </w:r>
    <w:proofErr w:type="gramStart"/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>Mèl:</w:t>
    </w:r>
    <w:proofErr w:type="gramEnd"/>
    <w:r w:rsidR="005E1BCA" w:rsidRPr="005E1BCA">
      <w:rPr>
        <w:lang w:val="fr-FR"/>
      </w:rPr>
      <w:t xml:space="preserve"> </w:t>
    </w:r>
    <w:hyperlink r:id="rId3" w:history="1">
      <w:r w:rsidR="005E1BCA" w:rsidRPr="005E1BCA">
        <w:rPr>
          <w:rStyle w:val="Lienhypertexte"/>
          <w:rFonts w:eastAsia="Source Sans 3" w:cs="Source Sans 3"/>
          <w:sz w:val="18"/>
          <w:szCs w:val="18"/>
          <w:lang w:val="fr-FR"/>
        </w:rPr>
        <w:t>courrier@upf.pf</w:t>
      </w:r>
    </w:hyperlink>
    <w:r w:rsidR="005E1BCA" w:rsidRPr="005E1BCA">
      <w:rPr>
        <w:rFonts w:eastAsia="Source Sans 3" w:cs="Source Sans 3"/>
        <w:color w:val="4E545C"/>
        <w:sz w:val="18"/>
        <w:szCs w:val="18"/>
        <w:lang w:val="fr-FR"/>
      </w:rPr>
      <w:t xml:space="preserve"> · </w:t>
    </w:r>
    <w:r w:rsidR="00D75B2D" w:rsidRPr="005E1BCA">
      <w:rPr>
        <w:rFonts w:eastAsia="Source Sans 3" w:cs="Source Sans 3"/>
        <w:color w:val="4E545C"/>
        <w:sz w:val="18"/>
        <w:szCs w:val="18"/>
        <w:lang w:val="fr-FR"/>
      </w:rPr>
      <w:t>W</w:t>
    </w:r>
    <w:r w:rsidR="00AD2032" w:rsidRPr="005E1BCA">
      <w:rPr>
        <w:rFonts w:eastAsia="Source Sans 3" w:cs="Source Sans 3"/>
        <w:color w:val="4E545C"/>
        <w:sz w:val="18"/>
        <w:szCs w:val="18"/>
        <w:lang w:val="fr-FR"/>
      </w:rPr>
      <w:t xml:space="preserve">eb : </w:t>
    </w:r>
    <w:r w:rsidRPr="005E1BCA">
      <w:rPr>
        <w:rFonts w:eastAsia="Source Sans 3" w:cs="Source Sans 3"/>
        <w:color w:val="4E545C"/>
        <w:sz w:val="18"/>
        <w:szCs w:val="18"/>
        <w:lang w:val="fr-FR"/>
      </w:rPr>
      <w:t>www.upf.pf</w:t>
    </w:r>
    <w:r w:rsidR="0003139A" w:rsidRPr="005E1BCA">
      <w:rPr>
        <w:lang w:val="fr-FR"/>
      </w:rPr>
      <w:br/>
    </w:r>
    <w:r w:rsidR="0003139A" w:rsidRPr="005E1BCA">
      <w:rPr>
        <w:lang w:val="fr-FR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474C2F" w14:textId="77777777" w:rsidR="00CA77B4" w:rsidRDefault="00CA77B4">
      <w:pPr>
        <w:spacing w:after="0" w:line="240" w:lineRule="auto"/>
      </w:pPr>
      <w:r>
        <w:separator/>
      </w:r>
    </w:p>
  </w:footnote>
  <w:footnote w:type="continuationSeparator" w:id="0">
    <w:p w14:paraId="6C9B5941" w14:textId="77777777" w:rsidR="00CA77B4" w:rsidRDefault="00CA7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78CC8" w14:textId="45222A9E" w:rsidR="00692DC9" w:rsidRDefault="005E1BCA" w:rsidP="00BE7760">
    <w:pPr>
      <w:pStyle w:val="En-tte"/>
      <w:ind w:left="-879" w:right="-87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9C8A3" wp14:editId="03D854C7">
              <wp:simplePos x="0" y="0"/>
              <wp:positionH relativeFrom="column">
                <wp:posOffset>3752215</wp:posOffset>
              </wp:positionH>
              <wp:positionV relativeFrom="paragraph">
                <wp:posOffset>-24419</wp:posOffset>
              </wp:positionV>
              <wp:extent cx="3118757" cy="1182947"/>
              <wp:effectExtent l="0" t="0" r="5715" b="0"/>
              <wp:wrapNone/>
              <wp:docPr id="491290482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8757" cy="11829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3A502C" w14:textId="708D8EF1" w:rsidR="005E1BCA" w:rsidRDefault="005E1BC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B197F5" wp14:editId="151F54C5">
                                <wp:extent cx="2575127" cy="1187669"/>
                                <wp:effectExtent l="0" t="0" r="0" b="0"/>
                                <wp:docPr id="1155074381" name="Ima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5074381" name="Image 1155074381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27296" b="2658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09884" cy="1295941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C9C8A3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295.45pt;margin-top:-1.9pt;width:245.55pt;height:93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" fillcolor="white [3201]" stroked="f" strokeweight=".5pt">
              <v:textbox>
                <w:txbxContent>
                  <w:p w14:paraId="103A502C" w14:textId="708D8EF1" w:rsidR="005E1BCA" w:rsidRDefault="005E1BCA">
                    <w:r>
                      <w:rPr>
                        <w:noProof/>
                      </w:rPr>
                      <w:drawing>
                        <wp:inline distT="0" distB="0" distL="0" distR="0" wp14:anchorId="01B197F5" wp14:editId="151F54C5">
                          <wp:extent cx="2575127" cy="1187669"/>
                          <wp:effectExtent l="0" t="0" r="0" b="0"/>
                          <wp:docPr id="1155074381" name="Imag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55074381" name="Image 1155074381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27296" b="2658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09884" cy="129594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40E8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2A1AE" wp14:editId="6190F1B2">
              <wp:simplePos x="0" y="0"/>
              <wp:positionH relativeFrom="column">
                <wp:posOffset>-506186</wp:posOffset>
              </wp:positionH>
              <wp:positionV relativeFrom="paragraph">
                <wp:posOffset>178979</wp:posOffset>
              </wp:positionV>
              <wp:extent cx="1510393" cy="1167493"/>
              <wp:effectExtent l="0" t="0" r="1270" b="1270"/>
              <wp:wrapNone/>
              <wp:docPr id="1980730800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0393" cy="11674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4812E8" w14:textId="77777777" w:rsidR="00840E88" w:rsidRDefault="00840E88" w:rsidP="00840E88">
                          <w:r w:rsidRPr="00CA1A68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2789953C" wp14:editId="642EF603">
                                <wp:extent cx="1149296" cy="998401"/>
                                <wp:effectExtent l="0" t="0" r="0" b="5080"/>
                                <wp:docPr id="2" name="Image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4579" cy="101167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2A1AE" id="Zone de texte 4" o:spid="_x0000_s1027" type="#_x0000_t202" style="position:absolute;left:0;text-align:left;margin-left:-39.85pt;margin-top:14.1pt;width:118.95pt;height:9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" fillcolor="white [3201]" stroked="f" strokeweight=".5pt">
              <v:textbox>
                <w:txbxContent>
                  <w:p w14:paraId="4E4812E8" w14:textId="77777777" w:rsidR="00840E88" w:rsidRDefault="00840E88" w:rsidP="00840E88">
                    <w:r w:rsidRPr="00CA1A68">
                      <w:rPr>
                        <w:noProof/>
                        <w:lang w:eastAsia="fr-FR"/>
                      </w:rPr>
                      <w:drawing>
                        <wp:inline distT="0" distB="0" distL="0" distR="0" wp14:anchorId="2789953C" wp14:editId="642EF603">
                          <wp:extent cx="1149296" cy="998401"/>
                          <wp:effectExtent l="0" t="0" r="0" b="5080"/>
                          <wp:docPr id="2" name="Image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4579" cy="10116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470919">
    <w:abstractNumId w:val="8"/>
  </w:num>
  <w:num w:numId="2" w16cid:durableId="571894537">
    <w:abstractNumId w:val="6"/>
  </w:num>
  <w:num w:numId="3" w16cid:durableId="1448311382">
    <w:abstractNumId w:val="5"/>
  </w:num>
  <w:num w:numId="4" w16cid:durableId="278803162">
    <w:abstractNumId w:val="4"/>
  </w:num>
  <w:num w:numId="5" w16cid:durableId="362051414">
    <w:abstractNumId w:val="7"/>
  </w:num>
  <w:num w:numId="6" w16cid:durableId="2112968410">
    <w:abstractNumId w:val="3"/>
  </w:num>
  <w:num w:numId="7" w16cid:durableId="72749342">
    <w:abstractNumId w:val="2"/>
  </w:num>
  <w:num w:numId="8" w16cid:durableId="1748531586">
    <w:abstractNumId w:val="1"/>
  </w:num>
  <w:num w:numId="9" w16cid:durableId="12680771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39A"/>
    <w:rsid w:val="00034616"/>
    <w:rsid w:val="0006063C"/>
    <w:rsid w:val="000C093B"/>
    <w:rsid w:val="0015074B"/>
    <w:rsid w:val="001C6BCD"/>
    <w:rsid w:val="0029639D"/>
    <w:rsid w:val="002A7B78"/>
    <w:rsid w:val="002D6740"/>
    <w:rsid w:val="002D7FCF"/>
    <w:rsid w:val="00326F90"/>
    <w:rsid w:val="00363986"/>
    <w:rsid w:val="003F103B"/>
    <w:rsid w:val="00413B58"/>
    <w:rsid w:val="004C50EB"/>
    <w:rsid w:val="0050366E"/>
    <w:rsid w:val="005E1BCA"/>
    <w:rsid w:val="00692DC9"/>
    <w:rsid w:val="00802642"/>
    <w:rsid w:val="00840E88"/>
    <w:rsid w:val="0095329A"/>
    <w:rsid w:val="009A3CD9"/>
    <w:rsid w:val="00AA1D8D"/>
    <w:rsid w:val="00AD2032"/>
    <w:rsid w:val="00AD20C7"/>
    <w:rsid w:val="00B47730"/>
    <w:rsid w:val="00BC2DEB"/>
    <w:rsid w:val="00BE7760"/>
    <w:rsid w:val="00BF31ED"/>
    <w:rsid w:val="00CA77B4"/>
    <w:rsid w:val="00CB0664"/>
    <w:rsid w:val="00D75B2D"/>
    <w:rsid w:val="00F51117"/>
    <w:rsid w:val="00FC693F"/>
    <w:rsid w:val="00FF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C6BCFA"/>
  <w14:defaultImageDpi w14:val="300"/>
  <w15:docId w15:val="{9E6D0B03-BA15-EB41-9567-C3E83F71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Source Serif 4 14pt" w:eastAsia="Source Serif 4 14pt" w:hAnsi="Source Serif 4 14pt" w:cs="Source Serif 4 14pt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FObjet">
    <w:name w:val="UPF Objet"/>
    <w:rPr>
      <w:rFonts w:ascii="Source Sans 3" w:eastAsia="Source Sans 3" w:hAnsi="Source Sans 3" w:cs="Source Sans 3"/>
      <w:b/>
    </w:rPr>
  </w:style>
  <w:style w:type="paragraph" w:customStyle="1" w:styleId="UPFSignature">
    <w:name w:val="UPF Signature"/>
    <w:rPr>
      <w:rFonts w:ascii="Source Sans 3" w:eastAsia="Source Sans 3" w:hAnsi="Source Sans 3" w:cs="Source Sans 3"/>
      <w:sz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03139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139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3139A"/>
    <w:rPr>
      <w:rFonts w:ascii="Source Serif 4 14pt" w:eastAsia="Source Serif 4 14pt" w:hAnsi="Source Serif 4 14pt" w:cs="Source Serif 4 14p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139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139A"/>
    <w:rPr>
      <w:rFonts w:ascii="Source Serif 4 14pt" w:eastAsia="Source Serif 4 14pt" w:hAnsi="Source Serif 4 14pt" w:cs="Source Serif 4 14pt"/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E1BCA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PF" w:eastAsia="fr-FR"/>
    </w:rPr>
  </w:style>
  <w:style w:type="paragraph" w:styleId="NormalWeb">
    <w:name w:val="Normal (Web)"/>
    <w:basedOn w:val="Normal"/>
    <w:uiPriority w:val="99"/>
    <w:semiHidden/>
    <w:unhideWhenUsed/>
    <w:rsid w:val="0080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PF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urrier@upf.pf" TargetMode="External"/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Modèle de lettre - Président - Université de la Polynésie française</vt:lpstr>
      <vt:lpstr/>
    </vt:vector>
  </TitlesOfParts>
  <Manager/>
  <Company/>
  <LinksUpToDate>false</LinksUpToDate>
  <CharactersWithSpaces>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- Président - Université de la Polynésie française</dc:title>
  <dc:subject>Papier à en-tête conforme à la nouvelle charte graphique UPF</dc:subject>
  <dc:creator>Université de la Polynésie française</dc:creator>
  <cp:keywords/>
  <dc:description>generated by python-docx</dc:description>
  <cp:lastModifiedBy>Cynthia Kaci</cp:lastModifiedBy>
  <cp:revision>2</cp:revision>
  <dcterms:created xsi:type="dcterms:W3CDTF">2026-08-25T23:32:00Z</dcterms:created>
  <dcterms:modified xsi:type="dcterms:W3CDTF">2026-08-25T23:32:00Z</dcterms:modified>
  <cp:category/>
</cp:coreProperties>
</file>