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35EA01" w14:textId="5332A001" w:rsidR="002D7FCF" w:rsidRPr="00802642" w:rsidRDefault="002D7FCF" w:rsidP="00BE7760">
      <w:pPr>
        <w:pStyle w:val="Pieddepage"/>
        <w:jc w:val="right"/>
        <w:rPr>
          <w:bCs/>
          <w:lang w:val="fr-FR"/>
        </w:rPr>
      </w:pPr>
      <w:r w:rsidRPr="00802642">
        <w:rPr>
          <w:bCs/>
          <w:color w:val="808080" w:themeColor="background1" w:themeShade="80"/>
          <w:lang w:val="fr-FR"/>
        </w:rPr>
        <w:t xml:space="preserve">Punaauia, le </w:t>
      </w:r>
      <w:r w:rsidRPr="00413B58">
        <w:rPr>
          <w:bCs/>
          <w:color w:val="808080" w:themeColor="background1" w:themeShade="80"/>
        </w:rPr>
        <w:fldChar w:fldCharType="begin"/>
      </w:r>
      <w:r w:rsidRPr="00413B58">
        <w:rPr>
          <w:bCs/>
          <w:color w:val="808080" w:themeColor="background1" w:themeShade="80"/>
        </w:rPr>
        <w:instrText xml:space="preserve"> TIME \@ "dd/MM/yyyy" </w:instrText>
      </w:r>
      <w:r w:rsidRPr="00413B58">
        <w:rPr>
          <w:bCs/>
          <w:color w:val="808080" w:themeColor="background1" w:themeShade="80"/>
        </w:rPr>
        <w:fldChar w:fldCharType="separate"/>
      </w:r>
      <w:r w:rsidR="00AD20C7">
        <w:rPr>
          <w:bCs/>
          <w:noProof/>
          <w:color w:val="808080" w:themeColor="background1" w:themeShade="80"/>
        </w:rPr>
        <w:t>25/08/2026</w:t>
      </w:r>
      <w:r w:rsidRPr="00413B58">
        <w:rPr>
          <w:bCs/>
          <w:color w:val="808080" w:themeColor="background1" w:themeShade="80"/>
        </w:rPr>
        <w:fldChar w:fldCharType="end"/>
      </w:r>
    </w:p>
    <w:p>
      <w:pPr>
        <w:spacing w:before="0" w:after="0" w:line="240" w:lineRule="auto"/>
        <w:rPr>
          <w:rFonts w:cs="Arial"/>
          <w:sz w:val="21"/>
          <w:szCs w:val="21"/>
          <w:lang w:val="fr-FR"/>
        </w:rPr>
      </w:pPr>
    </w:p>
    <w:p>
      <w:pPr>
        <w:keepNext/>
        <w:shd w:val="clear" w:color="auto" w:fill="1F3864"/>
        <w:spacing w:before="160" w:after="0"/>
        <w:ind w:left="113" w:right="113"/>
        <w:jc w:val="center"/>
        <w:rPr>
          <w:rFonts w:cs="Arial"/>
          <w:b/>
          <w:color w:val="FFFFFF"/>
          <w:sz w:val="30"/>
          <w:szCs w:val="30"/>
          <w:lang w:val="fr-FR"/>
        </w:rPr>
      </w:pPr>
      <w:r>
        <w:rPr>
          <w:rFonts w:cs="Arial"/>
          <w:b/>
          <w:color w:val="FFFFFF"/>
          <w:sz w:val="30"/>
          <w:szCs w:val="30"/>
          <w:lang w:val="fr-FR"/>
        </w:rPr>
        <w:t xml:space="preserve">Appel à projets générique de la Commission de la Recherche de l’UPF 2027</w:t>
      </w:r>
    </w:p>
    <w:p>
      <w:pPr>
        <w:keepNext/>
        <w:shd w:val="clear" w:color="auto" w:fill="1F3864"/>
        <w:spacing w:before="0" w:after="160"/>
        <w:ind w:left="113" w:right="113"/>
        <w:jc w:val="center"/>
        <w:rPr>
          <w:rFonts w:cs="Arial"/>
          <w:b/>
          <w:color w:val="FFFFFF"/>
          <w:sz w:val="21"/>
          <w:szCs w:val="21"/>
          <w:lang w:val="fr-FR"/>
        </w:rPr>
      </w:pPr>
      <w:r>
        <w:rPr>
          <w:rFonts w:cs="Arial"/>
          <w:b/>
          <w:color w:val="FFFFFF"/>
          <w:sz w:val="21"/>
          <w:szCs w:val="21"/>
          <w:lang w:val="fr-FR"/>
        </w:rPr>
        <w:t xml:space="preserve">Formulaire de réponse</w:t>
      </w:r>
    </w:p>
    <w:p>
      <w:pPr>
        <w:spacing w:before="0" w:after="140" w:line="240" w:lineRule="auto"/>
        <w:rPr>
          <w:rFonts w:cs="Arial"/>
          <w:sz w:val="21"/>
          <w:szCs w:val="21"/>
          <w:lang w:val="fr-FR"/>
        </w:rPr>
      </w:pP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1. Porteur du projet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Nom et prénom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Statut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Laboratoire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Adresse électronique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2. Identification du projet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Acronyme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Titre complet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Date de début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Date de fin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Montant demandé en XPF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Coût complet en XPF (si co-financement)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3. Résumé du projet*</w:t>
      </w:r>
    </w:p>
    <w:p>
      <w:pPr>
        <w:spacing w:before="0" w:after="60"/>
        <w:rPr>
          <w:rFonts w:cs="Arial"/>
          <w:i/>
          <w:sz w:val="21"/>
          <w:szCs w:val="21"/>
          <w:lang w:val="fr-FR"/>
        </w:rPr>
      </w:pPr>
      <w:r>
        <w:rPr>
          <w:rFonts w:cs="Arial"/>
          <w:i/>
          <w:sz w:val="21"/>
          <w:szCs w:val="21"/>
          <w:lang w:val="fr-FR"/>
        </w:rPr>
        <w:t xml:space="preserve">500 caractères maximum</w:t>
      </w:r>
    </w:p>
    <w:p>
      <w:pPr>
        <w:spacing w:before="0" w:after="8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Présenter de </w:t>
      </w:r>
      <w:r>
        <w:rPr>
          <w:rFonts w:cs="Arial"/>
          <w:u w:val="single"/>
          <w:sz w:val="21"/>
          <w:szCs w:val="21"/>
          <w:lang w:val="fr-FR"/>
        </w:rPr>
        <w:t xml:space="preserve">manière synthétique</w:t>
      </w:r>
      <w:r>
        <w:rPr>
          <w:rFonts w:cs="Arial"/>
          <w:sz w:val="21"/>
          <w:szCs w:val="21"/>
          <w:lang w:val="fr-FR"/>
        </w:rPr>
        <w:t xml:space="preserve"> :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L'objet du projet (Quoi)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Son objectif principal (Pourquoi)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Les résultats attendus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4. Positionnement du projet</w:t>
      </w:r>
    </w:p>
    <w:p>
      <w:pPr>
        <w:spacing w:before="140" w:after="60"/>
        <w:rPr>
          <w:rFonts w:cs="Arial"/>
          <w:u w:val="single"/>
          <w:sz w:val="21"/>
          <w:szCs w:val="21"/>
          <w:lang w:val="fr-FR"/>
        </w:rPr>
      </w:pPr>
      <w:r>
        <w:rPr>
          <w:rFonts w:cs="Arial"/>
          <w:u w:val="single"/>
          <w:sz w:val="21"/>
          <w:szCs w:val="21"/>
          <w:lang w:val="fr-FR"/>
        </w:rPr>
        <w:t xml:space="preserve">Nature du projet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Nouveau projet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Prolongement / développement d'un projet en cours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Action de valorisation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Action de montage de projet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Développement d'une collaboration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Autre : _________________________</w:t>
      </w:r>
    </w:p>
    <w:p>
      <w:pPr>
        <w:spacing w:before="140" w:after="60"/>
        <w:rPr>
          <w:rFonts w:cs="Arial"/>
          <w:u w:val="single"/>
          <w:sz w:val="21"/>
          <w:szCs w:val="21"/>
          <w:lang w:val="fr-FR"/>
        </w:rPr>
      </w:pPr>
      <w:r>
        <w:rPr>
          <w:rFonts w:cs="Arial"/>
          <w:u w:val="single"/>
          <w:sz w:val="21"/>
          <w:szCs w:val="21"/>
          <w:lang w:val="fr-FR"/>
        </w:rPr>
        <w:t xml:space="preserve">Collaboration autour du projet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Projet porté par un seul laboratoire</w:t>
      </w:r>
    </w:p>
    <w:p>
      <w:pPr>
        <w:spacing w:before="0" w:after="60"/>
        <w:ind w:left="3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Projet individuel</w:t>
      </w:r>
    </w:p>
    <w:p>
      <w:pPr>
        <w:spacing w:before="0" w:after="60"/>
        <w:ind w:left="3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Projet collectif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Projet inter-laboratoires</w:t>
      </w:r>
    </w:p>
    <w:p>
      <w:pPr>
        <w:spacing w:before="140" w:after="0" w:line="240" w:lineRule="auto"/>
        <w:rPr>
          <w:rFonts w:cs="Arial"/>
          <w:sz w:val="21"/>
          <w:szCs w:val="21"/>
          <w:lang w:val="fr-FR"/>
        </w:rPr>
      </w:pPr>
    </w:p>
    <w:p>
      <w:pPr>
        <w:spacing w:before="0" w:after="60"/>
        <w:rPr>
          <w:rFonts w:cs="Arial"/>
          <w:u w:val="single"/>
          <w:sz w:val="21"/>
          <w:szCs w:val="21"/>
          <w:lang w:val="fr-FR"/>
        </w:rPr>
      </w:pPr>
      <w:r>
        <w:rPr>
          <w:rFonts w:cs="Arial"/>
          <w:u w:val="single"/>
          <w:sz w:val="21"/>
          <w:szCs w:val="21"/>
          <w:lang w:val="fr-FR"/>
        </w:rPr>
        <w:t xml:space="preserve">S'agit-il d'un projet co-financé ?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Non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Oui</w:t>
      </w:r>
    </w:p>
    <w:p>
      <w:pPr>
        <w:spacing w:before="6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Si oui :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Financement(s) obtenu(s)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Organisme(s) financeur(s)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Montant(s)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Période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Plus-value de la présente demande au titre de l'AAP Générique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Financement(s) demandé(s)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Organisme(s) financeur(s)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Montant(s)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Période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Plus-value de la présente demande au titre de l'AAP Générique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5. Plus-value scientifique et inscription dans la Stratégie de recherche de l'UPF</w:t>
      </w:r>
    </w:p>
    <w:p>
      <w:pPr>
        <w:spacing w:before="0" w:after="8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Comment le projet s'inscrit-il dans la Stratégie de recherche de l'UPF ?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Lien avec les axes / priorités scientifiques de l'UPF (voir Stratégie de recherche 2030 en Annexe) : </w:t>
      </w:r>
      <w:r>
        <w:rPr>
          <w:rFonts w:cs="Arial"/>
          <w:sz w:val="21"/>
          <w:szCs w:val="21"/>
          <w:lang w:val="fr-FR"/>
        </w:rPr>
        <w:t xml:space="preserve">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Contribution au développement d'une équipe ou d'un laboratoire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Caractère interdisciplinaire ou inter-laboratoires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Contribution au développement de collaborations régionales, nationales ou internationales : </w:t>
      </w:r>
      <w:r>
        <w:rPr>
          <w:rFonts w:cs="Arial"/>
          <w:sz w:val="21"/>
          <w:szCs w:val="21"/>
          <w:lang w:val="fr-FR"/>
        </w:rPr>
        <w:t xml:space="preserve">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Contribution au rayonnement scientifique de l'UPF et/ou du site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6. Faisabilité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Préciser les principaux éléments permettant d’assurer la faisabilité du projet (par exemple : devis, prestataire identifié, stagiaire identifié, etc.) : </w:t>
      </w:r>
      <w:r>
        <w:rPr>
          <w:rFonts w:cs="Arial"/>
          <w:sz w:val="21"/>
          <w:szCs w:val="21"/>
          <w:lang w:val="fr-FR"/>
        </w:rPr>
        <w:t xml:space="preserve">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7. Plan de financement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Coût total du projet en XPF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Autres financements confirmés en XPF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Autres financements obtenus / demandés / envisagés en XPF : </w:t>
      </w:r>
      <w:r>
        <w:rPr>
          <w:rFonts w:cs="Arial"/>
          <w:sz w:val="21"/>
          <w:szCs w:val="21"/>
          <w:lang w:val="fr-FR"/>
        </w:rPr>
        <w:t xml:space="preserve">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Montant demandé à l'Appel à projets générique en XPF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140" w:after="60" w:line="240" w:lineRule="auto"/>
        <w:rPr>
          <w:rFonts w:cs="Arial"/>
          <w:sz w:val="21"/>
          <w:szCs w:val="21"/>
          <w:lang w:val="fr-FR"/>
        </w:rPr>
      </w:pPr>
    </w:p>
    <w:p>
      <w:pPr>
        <w:spacing w:before="0" w:after="20"/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Utilisation prévisionnelle du montant demandé</w:t>
      </w:r>
      <w:r>
        <w:rPr>
          <w:rFonts w:cs="Arial"/>
          <w:sz w:val="21"/>
          <w:szCs w:val="21"/>
          <w:lang w:val="fr-FR"/>
        </w:rPr>
        <w:t xml:space="preserve"> : _________________________</w:t>
      </w:r>
    </w:p>
    <w:p>
      <w:pPr>
        <w:spacing w:before="0" w:after="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Voir détail des postes de dépense dans l’annexe budgétaire</w:t>
      </w:r>
    </w:p>
    <w:sectPr w:rsidR="00692DC9" w:rsidRPr="00802642" w:rsidSect="00BE7760">
      <w:headerReference w:type="default" r:id="rId8"/>
      <w:footerReference w:type="default" r:id="rId9"/>
      <w:pgSz w:w="11906" w:h="16838"/>
      <w:pgMar w:top="2948" w:right="1276" w:bottom="1984" w:left="1276" w:header="1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425AAE" w14:textId="77777777" w:rsidR="00CA77B4" w:rsidRDefault="00CA77B4">
      <w:pPr>
        <w:spacing w:after="0" w:line="240" w:lineRule="auto"/>
      </w:pPr>
      <w:r>
        <w:separator/>
      </w:r>
    </w:p>
  </w:endnote>
  <w:endnote w:type="continuationSeparator" w:id="0">
    <w:p w14:paraId="1F594503" w14:textId="77777777" w:rsidR="00CA77B4" w:rsidRDefault="00CA7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erif 4 14pt"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B813E" w14:textId="77777777" w:rsidR="00BC2DEB" w:rsidRPr="005E1BCA" w:rsidRDefault="00BC2DEB" w:rsidP="00BE7760">
    <w:pPr>
      <w:spacing w:after="0"/>
      <w:rPr>
        <w:sz w:val="20"/>
        <w:szCs w:val="20"/>
      </w:rPr>
    </w:pPr>
  </w:p>
  <w:p w14:paraId="5489FA18" w14:textId="77777777" w:rsidR="00BC2DEB" w:rsidRPr="005E1BCA" w:rsidRDefault="00000000">
    <w:pPr>
      <w:spacing w:after="20"/>
      <w:jc w:val="center"/>
      <w:rPr>
        <w:sz w:val="20"/>
        <w:szCs w:val="20"/>
        <w:lang w:val="fr-FR"/>
      </w:rPr>
    </w:pPr>
    <w:r w:rsidRPr="005E1BCA">
      <w:rPr>
        <w:rFonts w:eastAsia="Source Sans 3" w:cs="Source Sans 3"/>
        <w:b/>
        <w:color w:val="000D49"/>
        <w:sz w:val="20"/>
        <w:szCs w:val="20"/>
        <w:lang w:val="fr-FR"/>
      </w:rPr>
      <w:t>UNIVERSITÉ DE LA POLYNÉSIE FRANÇAISE</w:t>
    </w:r>
  </w:p>
  <w:p w14:paraId="4C4C4B00" w14:textId="5C7058AD" w:rsidR="00BC2DEB" w:rsidRPr="005E1BCA" w:rsidRDefault="00000000">
    <w:pPr>
      <w:spacing w:after="0"/>
      <w:jc w:val="center"/>
      <w:rPr>
        <w:sz w:val="18"/>
        <w:szCs w:val="18"/>
        <w:lang w:val="fr-FR"/>
      </w:rPr>
    </w:pPr>
    <w:r w:rsidRPr="005E1BCA">
      <w:rPr>
        <w:rFonts w:eastAsia="Source Sans 3" w:cs="Source Sans 3"/>
        <w:color w:val="4E545C"/>
        <w:sz w:val="18"/>
        <w:szCs w:val="18"/>
        <w:lang w:val="fr-FR"/>
      </w:rPr>
      <w:t>Campus d’</w:t>
    </w:r>
    <w:proofErr w:type="spellStart"/>
    <w:r w:rsidRPr="005E1BCA">
      <w:rPr>
        <w:rFonts w:eastAsia="Source Sans 3" w:cs="Source Sans 3"/>
        <w:color w:val="4E545C"/>
        <w:sz w:val="18"/>
        <w:szCs w:val="18"/>
        <w:lang w:val="fr-FR"/>
      </w:rPr>
      <w:t>Outumaoro</w:t>
    </w:r>
    <w:proofErr w:type="spellEnd"/>
    <w:r w:rsidRPr="005E1BCA">
      <w:rPr>
        <w:rFonts w:eastAsia="Source Sans 3" w:cs="Source Sans 3"/>
        <w:color w:val="4E545C"/>
        <w:sz w:val="18"/>
        <w:szCs w:val="18"/>
        <w:lang w:val="fr-FR"/>
      </w:rPr>
      <w:t xml:space="preserve"> · Punaauia · B.P. 6570 · 98702 </w:t>
    </w:r>
    <w:proofErr w:type="spellStart"/>
    <w:r w:rsidRPr="005E1BCA">
      <w:rPr>
        <w:rFonts w:eastAsia="Source Sans 3" w:cs="Source Sans 3"/>
        <w:color w:val="4E545C"/>
        <w:sz w:val="18"/>
        <w:szCs w:val="18"/>
        <w:lang w:val="fr-FR"/>
      </w:rPr>
      <w:t>Faa’a</w:t>
    </w:r>
    <w:proofErr w:type="spellEnd"/>
    <w:r w:rsidRPr="005E1BCA">
      <w:rPr>
        <w:rFonts w:eastAsia="Source Sans 3" w:cs="Source Sans 3"/>
        <w:color w:val="4E545C"/>
        <w:sz w:val="18"/>
        <w:szCs w:val="18"/>
        <w:lang w:val="fr-FR"/>
      </w:rPr>
      <w:t xml:space="preserve"> · Tahiti · Polynésie française</w:t>
    </w:r>
  </w:p>
  <w:p w14:paraId="09AC86C0" w14:textId="4E893BC9" w:rsidR="00BC2DEB" w:rsidRPr="00BE7760" w:rsidRDefault="00BE7760" w:rsidP="00BE7760">
    <w:pPr>
      <w:spacing w:after="0"/>
      <w:jc w:val="center"/>
      <w:rPr>
        <w:sz w:val="18"/>
        <w:szCs w:val="18"/>
        <w:lang w:val="fr-FR"/>
      </w:rPr>
    </w:pPr>
    <w:r>
      <w:rPr>
        <w:rFonts w:ascii="Arial" w:hAnsi="Arial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70EB072" wp14:editId="3A87B101">
              <wp:simplePos x="0" y="0"/>
              <wp:positionH relativeFrom="column">
                <wp:posOffset>-880745</wp:posOffset>
              </wp:positionH>
              <wp:positionV relativeFrom="paragraph">
                <wp:posOffset>300066</wp:posOffset>
              </wp:positionV>
              <wp:extent cx="7752080" cy="469265"/>
              <wp:effectExtent l="0" t="0" r="0" b="635"/>
              <wp:wrapNone/>
              <wp:docPr id="29878177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208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489815" w14:textId="77777777" w:rsidR="0003139A" w:rsidRDefault="0003139A" w:rsidP="0003139A">
                          <w:r>
                            <w:rPr>
                              <w:rFonts w:ascii="Arial" w:hAnsi="Arial"/>
                              <w:b/>
                              <w:bCs/>
                              <w:noProof/>
                              <w:sz w:val="28"/>
                            </w:rPr>
                            <w:drawing>
                              <wp:inline distT="0" distB="0" distL="0" distR="0" wp14:anchorId="26FF19B9" wp14:editId="238A9B9C">
                                <wp:extent cx="7506101" cy="250503"/>
                                <wp:effectExtent l="0" t="0" r="0" b="3810"/>
                                <wp:docPr id="116402667" name="Ima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24206824" name="Image 202420682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V="1">
                                          <a:off x="0" y="0"/>
                                          <a:ext cx="16804588" cy="560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0EB072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8" type="#_x0000_t202" style="position:absolute;left:0;text-align:left;margin-left:-69.35pt;margin-top:23.65pt;width:610.4pt;height:36.9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" fillcolor="white [3201]" stroked="f" strokeweight=".5pt">
              <v:textbox>
                <w:txbxContent>
                  <w:p w14:paraId="27489815" w14:textId="77777777" w:rsidR="0003139A" w:rsidRDefault="0003139A" w:rsidP="0003139A">
                    <w:r>
                      <w:rPr>
                        <w:rFonts w:ascii="Arial" w:hAnsi="Arial"/>
                        <w:b/>
                        <w:bCs/>
                        <w:noProof/>
                        <w:sz w:val="28"/>
                      </w:rPr>
                      <w:drawing>
                        <wp:inline distT="0" distB="0" distL="0" distR="0" wp14:anchorId="26FF19B9" wp14:editId="238A9B9C">
                          <wp:extent cx="7506101" cy="250503"/>
                          <wp:effectExtent l="0" t="0" r="0" b="3810"/>
                          <wp:docPr id="116402667" name="Ima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24206824" name="Image 202420682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0" y="0"/>
                                    <a:ext cx="16804588" cy="560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E1BCA">
      <w:rPr>
        <w:rFonts w:eastAsia="Source Sans 3" w:cs="Source Sans 3"/>
        <w:color w:val="4E545C"/>
        <w:sz w:val="18"/>
        <w:szCs w:val="18"/>
        <w:lang w:val="fr-FR"/>
      </w:rPr>
      <w:t>Tél. : (+689) 40 803</w:t>
    </w:r>
    <w:r w:rsidR="00363986" w:rsidRPr="005E1BCA">
      <w:rPr>
        <w:rFonts w:eastAsia="Source Sans 3" w:cs="Source Sans 3"/>
        <w:color w:val="4E545C"/>
        <w:sz w:val="18"/>
        <w:szCs w:val="18"/>
        <w:lang w:val="fr-FR"/>
      </w:rPr>
      <w:t xml:space="preserve"> </w:t>
    </w:r>
    <w:r w:rsidRPr="005E1BCA">
      <w:rPr>
        <w:rFonts w:eastAsia="Source Sans 3" w:cs="Source Sans 3"/>
        <w:color w:val="4E545C"/>
        <w:sz w:val="18"/>
        <w:szCs w:val="18"/>
        <w:lang w:val="fr-FR"/>
      </w:rPr>
      <w:t>8</w:t>
    </w:r>
    <w:r w:rsidR="00363986" w:rsidRPr="005E1BCA">
      <w:rPr>
        <w:rFonts w:eastAsia="Source Sans 3" w:cs="Source Sans 3"/>
        <w:color w:val="4E545C"/>
        <w:sz w:val="18"/>
        <w:szCs w:val="18"/>
        <w:lang w:val="fr-FR"/>
      </w:rPr>
      <w:t>03</w:t>
    </w:r>
    <w:r w:rsidRPr="005E1BCA">
      <w:rPr>
        <w:rFonts w:eastAsia="Source Sans 3" w:cs="Source Sans 3"/>
        <w:color w:val="4E545C"/>
        <w:sz w:val="18"/>
        <w:szCs w:val="18"/>
        <w:lang w:val="fr-FR"/>
      </w:rPr>
      <w:t xml:space="preserve"> ·</w:t>
    </w:r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 xml:space="preserve"> </w:t>
    </w:r>
    <w:proofErr w:type="gramStart"/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>Mèl:</w:t>
    </w:r>
    <w:proofErr w:type="gramEnd"/>
    <w:r w:rsidR="005E1BCA" w:rsidRPr="005E1BCA">
      <w:rPr>
        <w:lang w:val="fr-FR"/>
      </w:rPr>
      <w:t xml:space="preserve"> </w:t>
    </w:r>
    <w:hyperlink r:id="rId3" w:history="1">
      <w:r w:rsidR="005E1BCA" w:rsidRPr="005E1BCA">
        <w:rPr>
          <w:rStyle w:val="Lienhypertexte"/>
          <w:rFonts w:eastAsia="Source Sans 3" w:cs="Source Sans 3"/>
          <w:sz w:val="18"/>
          <w:szCs w:val="18"/>
          <w:lang w:val="fr-FR"/>
        </w:rPr>
        <w:t>courrier@upf.pf</w:t>
      </w:r>
    </w:hyperlink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 xml:space="preserve"> · </w:t>
    </w:r>
    <w:r w:rsidR="00D75B2D" w:rsidRPr="005E1BCA">
      <w:rPr>
        <w:rFonts w:eastAsia="Source Sans 3" w:cs="Source Sans 3"/>
        <w:color w:val="4E545C"/>
        <w:sz w:val="18"/>
        <w:szCs w:val="18"/>
        <w:lang w:val="fr-FR"/>
      </w:rPr>
      <w:t>W</w:t>
    </w:r>
    <w:r w:rsidR="00AD2032" w:rsidRPr="005E1BCA">
      <w:rPr>
        <w:rFonts w:eastAsia="Source Sans 3" w:cs="Source Sans 3"/>
        <w:color w:val="4E545C"/>
        <w:sz w:val="18"/>
        <w:szCs w:val="18"/>
        <w:lang w:val="fr-FR"/>
      </w:rPr>
      <w:t xml:space="preserve">eb : </w:t>
    </w:r>
    <w:r w:rsidRPr="005E1BCA">
      <w:rPr>
        <w:rFonts w:eastAsia="Source Sans 3" w:cs="Source Sans 3"/>
        <w:color w:val="4E545C"/>
        <w:sz w:val="18"/>
        <w:szCs w:val="18"/>
        <w:lang w:val="fr-FR"/>
      </w:rPr>
      <w:t>www.upf.pf</w:t>
    </w:r>
    <w:r w:rsidR="0003139A" w:rsidRPr="005E1BCA">
      <w:rPr>
        <w:lang w:val="fr-FR"/>
      </w:rPr>
      <w:br/>
    </w:r>
    <w:r w:rsidR="0003139A" w:rsidRPr="005E1BCA">
      <w:rPr>
        <w:lang w:val="fr-FR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474C2F" w14:textId="77777777" w:rsidR="00CA77B4" w:rsidRDefault="00CA77B4">
      <w:pPr>
        <w:spacing w:after="0" w:line="240" w:lineRule="auto"/>
      </w:pPr>
      <w:r>
        <w:separator/>
      </w:r>
    </w:p>
  </w:footnote>
  <w:footnote w:type="continuationSeparator" w:id="0">
    <w:p w14:paraId="6C9B5941" w14:textId="77777777" w:rsidR="00CA77B4" w:rsidRDefault="00CA7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78CC8" w14:textId="45222A9E" w:rsidR="00692DC9" w:rsidRDefault="005E1BCA" w:rsidP="00BE7760">
    <w:pPr>
      <w:pStyle w:val="En-tte"/>
      <w:ind w:left="-879" w:right="-87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C9C8A3" wp14:editId="03D854C7">
              <wp:simplePos x="0" y="0"/>
              <wp:positionH relativeFrom="column">
                <wp:posOffset>3752215</wp:posOffset>
              </wp:positionH>
              <wp:positionV relativeFrom="paragraph">
                <wp:posOffset>-24419</wp:posOffset>
              </wp:positionV>
              <wp:extent cx="3118757" cy="1182947"/>
              <wp:effectExtent l="0" t="0" r="5715" b="0"/>
              <wp:wrapNone/>
              <wp:docPr id="491290482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8757" cy="11829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3A502C" w14:textId="708D8EF1" w:rsidR="005E1BCA" w:rsidRDefault="005E1BC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1B197F5" wp14:editId="151F54C5">
                                <wp:extent cx="2575127" cy="1187669"/>
                                <wp:effectExtent l="0" t="0" r="0" b="0"/>
                                <wp:docPr id="1155074381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55074381" name="Image 1155074381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27296" b="2658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09884" cy="1295941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C9C8A3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295.45pt;margin-top:-1.9pt;width:245.55pt;height:93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" fillcolor="white [3201]" stroked="f" strokeweight=".5pt">
              <v:textbox>
                <w:txbxContent>
                  <w:p w14:paraId="103A502C" w14:textId="708D8EF1" w:rsidR="005E1BCA" w:rsidRDefault="005E1BCA">
                    <w:r>
                      <w:rPr>
                        <w:noProof/>
                      </w:rPr>
                      <w:drawing>
                        <wp:inline distT="0" distB="0" distL="0" distR="0" wp14:anchorId="01B197F5" wp14:editId="151F54C5">
                          <wp:extent cx="2575127" cy="1187669"/>
                          <wp:effectExtent l="0" t="0" r="0" b="0"/>
                          <wp:docPr id="1155074381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55074381" name="Image 1155074381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27296" b="2658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09884" cy="129594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40E8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42A1AE" wp14:editId="6190F1B2">
              <wp:simplePos x="0" y="0"/>
              <wp:positionH relativeFrom="column">
                <wp:posOffset>-506186</wp:posOffset>
              </wp:positionH>
              <wp:positionV relativeFrom="paragraph">
                <wp:posOffset>178979</wp:posOffset>
              </wp:positionV>
              <wp:extent cx="1510393" cy="1167493"/>
              <wp:effectExtent l="0" t="0" r="1270" b="1270"/>
              <wp:wrapNone/>
              <wp:docPr id="1980730800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0393" cy="11674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4812E8" w14:textId="77777777" w:rsidR="00840E88" w:rsidRDefault="00840E88" w:rsidP="00840E88">
                          <w:r w:rsidRPr="00CA1A68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2789953C" wp14:editId="642EF603">
                                <wp:extent cx="1149296" cy="998401"/>
                                <wp:effectExtent l="0" t="0" r="0" b="5080"/>
                                <wp:docPr id="2" name="Image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4579" cy="101167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42A1AE" id="Zone de texte 4" o:spid="_x0000_s1027" type="#_x0000_t202" style="position:absolute;left:0;text-align:left;margin-left:-39.85pt;margin-top:14.1pt;width:118.95pt;height:9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" fillcolor="white [3201]" stroked="f" strokeweight=".5pt">
              <v:textbox>
                <w:txbxContent>
                  <w:p w14:paraId="4E4812E8" w14:textId="77777777" w:rsidR="00840E88" w:rsidRDefault="00840E88" w:rsidP="00840E88">
                    <w:r w:rsidRPr="00CA1A68">
                      <w:rPr>
                        <w:noProof/>
                        <w:lang w:eastAsia="fr-FR"/>
                      </w:rPr>
                      <w:drawing>
                        <wp:inline distT="0" distB="0" distL="0" distR="0" wp14:anchorId="2789953C" wp14:editId="642EF603">
                          <wp:extent cx="1149296" cy="998401"/>
                          <wp:effectExtent l="0" t="0" r="0" b="5080"/>
                          <wp:docPr id="2" name="Image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4579" cy="10116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470919">
    <w:abstractNumId w:val="8"/>
  </w:num>
  <w:num w:numId="2" w16cid:durableId="571894537">
    <w:abstractNumId w:val="6"/>
  </w:num>
  <w:num w:numId="3" w16cid:durableId="1448311382">
    <w:abstractNumId w:val="5"/>
  </w:num>
  <w:num w:numId="4" w16cid:durableId="278803162">
    <w:abstractNumId w:val="4"/>
  </w:num>
  <w:num w:numId="5" w16cid:durableId="362051414">
    <w:abstractNumId w:val="7"/>
  </w:num>
  <w:num w:numId="6" w16cid:durableId="2112968410">
    <w:abstractNumId w:val="3"/>
  </w:num>
  <w:num w:numId="7" w16cid:durableId="72749342">
    <w:abstractNumId w:val="2"/>
  </w:num>
  <w:num w:numId="8" w16cid:durableId="1748531586">
    <w:abstractNumId w:val="1"/>
  </w:num>
  <w:num w:numId="9" w16cid:durableId="12680771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39A"/>
    <w:rsid w:val="00034616"/>
    <w:rsid w:val="0006063C"/>
    <w:rsid w:val="000C093B"/>
    <w:rsid w:val="0015074B"/>
    <w:rsid w:val="001C6BCD"/>
    <w:rsid w:val="0029639D"/>
    <w:rsid w:val="002A7B78"/>
    <w:rsid w:val="002D6740"/>
    <w:rsid w:val="002D7FCF"/>
    <w:rsid w:val="00326F90"/>
    <w:rsid w:val="00363986"/>
    <w:rsid w:val="003F103B"/>
    <w:rsid w:val="00413B58"/>
    <w:rsid w:val="004C50EB"/>
    <w:rsid w:val="0050366E"/>
    <w:rsid w:val="005E1BCA"/>
    <w:rsid w:val="00692DC9"/>
    <w:rsid w:val="00802642"/>
    <w:rsid w:val="00840E88"/>
    <w:rsid w:val="0095329A"/>
    <w:rsid w:val="009A3CD9"/>
    <w:rsid w:val="00AA1D8D"/>
    <w:rsid w:val="00AD2032"/>
    <w:rsid w:val="00AD20C7"/>
    <w:rsid w:val="00B47730"/>
    <w:rsid w:val="00BC2DEB"/>
    <w:rsid w:val="00BE7760"/>
    <w:rsid w:val="00BF31ED"/>
    <w:rsid w:val="00CA77B4"/>
    <w:rsid w:val="00CB0664"/>
    <w:rsid w:val="00D75B2D"/>
    <w:rsid w:val="00F51117"/>
    <w:rsid w:val="00FC693F"/>
    <w:rsid w:val="00FF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C6BCFA"/>
  <w14:defaultImageDpi w14:val="300"/>
  <w15:docId w15:val="{9E6D0B03-BA15-EB41-9567-C3E83F71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Source Serif 4 14pt" w:eastAsia="Source Serif 4 14pt" w:hAnsi="Source Serif 4 14pt" w:cs="Source Serif 4 14pt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PFObjet">
    <w:name w:val="UPF Objet"/>
    <w:rPr>
      <w:rFonts w:ascii="Source Sans 3" w:eastAsia="Source Sans 3" w:hAnsi="Source Sans 3" w:cs="Source Sans 3"/>
      <w:b/>
    </w:rPr>
  </w:style>
  <w:style w:type="paragraph" w:customStyle="1" w:styleId="UPFSignature">
    <w:name w:val="UPF Signature"/>
    <w:rPr>
      <w:rFonts w:ascii="Source Sans 3" w:eastAsia="Source Sans 3" w:hAnsi="Source Sans 3" w:cs="Source Sans 3"/>
      <w:sz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03139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3139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3139A"/>
    <w:rPr>
      <w:rFonts w:ascii="Source Serif 4 14pt" w:eastAsia="Source Serif 4 14pt" w:hAnsi="Source Serif 4 14pt" w:cs="Source Serif 4 14p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3139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3139A"/>
    <w:rPr>
      <w:rFonts w:ascii="Source Serif 4 14pt" w:eastAsia="Source Serif 4 14pt" w:hAnsi="Source Serif 4 14pt" w:cs="Source Serif 4 14pt"/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5E1BCA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80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PF" w:eastAsia="fr-FR"/>
    </w:rPr>
  </w:style>
  <w:style w:type="paragraph" w:styleId="NormalWeb">
    <w:name w:val="Normal (Web)"/>
    <w:basedOn w:val="Normal"/>
    <w:uiPriority w:val="99"/>
    <w:semiHidden/>
    <w:unhideWhenUsed/>
    <w:rsid w:val="0080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PF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urrier@upf.pf" TargetMode="External"/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Modèle de lettre - Président - Université de la Polynésie française</vt:lpstr>
      <vt:lpstr/>
    </vt:vector>
  </TitlesOfParts>
  <Manager/>
  <Company/>
  <LinksUpToDate>false</LinksUpToDate>
  <CharactersWithSpaces>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- Président - Université de la Polynésie française</dc:title>
  <dc:subject>Papier à en-tête conforme à la nouvelle charte graphique UPF</dc:subject>
  <dc:creator>Université de la Polynésie française</dc:creator>
  <cp:keywords/>
  <dc:description>generated by python-docx</dc:description>
  <cp:lastModifiedBy>Cynthia Kaci</cp:lastModifiedBy>
  <cp:revision>2</cp:revision>
  <dcterms:created xsi:type="dcterms:W3CDTF">2026-08-25T23:32:00Z</dcterms:created>
  <dcterms:modified xsi:type="dcterms:W3CDTF">2026-08-25T23:32:00Z</dcterms:modified>
  <cp:category/>
</cp:coreProperties>
</file>