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DCF74B" w14:textId="77777777" w:rsidR="002D7FCF" w:rsidRPr="00802642" w:rsidRDefault="002D7FCF" w:rsidP="00BE7760">
      <w:pPr>
        <w:pStyle w:val="Footer"/>
        <w:jc w:val="right"/>
        <w:rPr>
          <w:bCs/>
          <w:lang w:val="fr-FR"/>
        </w:rPr>
      </w:pPr>
      <w:r w:rsidRPr="00802642">
        <w:rPr>
          <w:bCs/>
          <w:color w:val="808080" w:themeColor="background1" w:themeShade="80"/>
          <w:lang w:val="fr-FR"/>
        </w:rPr>
        <w:t xml:space="preserve">Punaauia, le </w:t>
      </w:r>
      <w:r w:rsidRPr="00413B58">
        <w:rPr>
          <w:bCs/>
          <w:color w:val="808080" w:themeColor="background1" w:themeShade="80"/>
        </w:rPr>
        <w:fldChar w:fldCharType="begin"/>
      </w:r>
      <w:r w:rsidRPr="00413B58">
        <w:rPr>
          <w:bCs/>
          <w:color w:val="808080" w:themeColor="background1" w:themeShade="80"/>
        </w:rPr>
        <w:instrText xml:space="preserve"> TIME \@ "dd/MM/yyyy" </w:instrText>
      </w:r>
      <w:r w:rsidRPr="00413B58">
        <w:rPr>
          <w:bCs/>
          <w:color w:val="808080" w:themeColor="background1" w:themeShade="80"/>
        </w:rPr>
        <w:fldChar w:fldCharType="separate"/>
      </w:r>
      <w:r w:rsidR="00EB2356">
        <w:rPr>
          <w:bCs/>
          <w:noProof/>
          <w:color w:val="808080" w:themeColor="background1" w:themeShade="80"/>
        </w:rPr>
        <w:t>23/09/2026</w:t>
      </w:r>
      <w:r w:rsidRPr="00413B58">
        <w:rPr>
          <w:bCs/>
          <w:color w:val="808080" w:themeColor="background1" w:themeShade="80"/>
        </w:rPr>
        <w:fldChar w:fldCharType="end"/>
      </w:r>
    </w:p>
    <w:p w14:paraId="1207C966" w14:textId="77777777" w:rsidR="00911169" w:rsidRDefault="00911169">
      <w:pPr>
        <w:spacing w:after="0" w:line="240" w:lineRule="auto"/>
        <w:rPr>
          <w:rFonts w:cs="Arial"/>
          <w:sz w:val="21"/>
          <w:szCs w:val="21"/>
          <w:lang w:val="fr-FR"/>
        </w:rPr>
      </w:pPr>
    </w:p>
    <w:p w14:paraId="4FC5F6AA" w14:textId="318DEBC3" w:rsidR="00911169" w:rsidRDefault="00EB2356">
      <w:pPr>
        <w:keepNext/>
        <w:shd w:val="clear" w:color="auto" w:fill="1F3864"/>
        <w:spacing w:before="160" w:after="0"/>
        <w:ind w:left="113" w:right="113"/>
        <w:jc w:val="center"/>
        <w:rPr>
          <w:rFonts w:cs="Arial"/>
          <w:b/>
          <w:color w:val="FFFFFF"/>
          <w:sz w:val="30"/>
          <w:szCs w:val="30"/>
          <w:lang w:val="fr-FR"/>
        </w:rPr>
      </w:pPr>
      <w:r>
        <w:rPr>
          <w:rFonts w:cs="Arial"/>
          <w:b/>
          <w:color w:val="FFFFFF"/>
          <w:sz w:val="30"/>
          <w:szCs w:val="30"/>
          <w:lang w:val="fr-FR"/>
        </w:rPr>
        <w:t>Appel à projet Attaché d’Enseignement Temporaire et de Recherche de la Commission de la recherche de l’UPF 2027</w:t>
      </w:r>
    </w:p>
    <w:p w14:paraId="7894C2D4" w14:textId="77777777" w:rsidR="00911169" w:rsidRDefault="00000000">
      <w:pPr>
        <w:keepNext/>
        <w:shd w:val="clear" w:color="auto" w:fill="1F3864"/>
        <w:spacing w:after="160"/>
        <w:ind w:left="113" w:right="113"/>
        <w:jc w:val="center"/>
        <w:rPr>
          <w:rFonts w:cs="Arial"/>
          <w:b/>
          <w:color w:val="FFFFFF"/>
          <w:sz w:val="21"/>
          <w:szCs w:val="21"/>
          <w:lang w:val="fr-FR"/>
        </w:rPr>
      </w:pPr>
      <w:r>
        <w:rPr>
          <w:rFonts w:cs="Arial"/>
          <w:b/>
          <w:color w:val="FFFFFF"/>
          <w:sz w:val="21"/>
          <w:szCs w:val="21"/>
          <w:lang w:val="fr-FR"/>
        </w:rPr>
        <w:t>Fiche réponse</w:t>
      </w:r>
    </w:p>
    <w:p w14:paraId="7E032E81" w14:textId="77777777" w:rsidR="00911169" w:rsidRDefault="00911169">
      <w:pPr>
        <w:spacing w:after="140" w:line="240" w:lineRule="auto"/>
        <w:rPr>
          <w:rFonts w:cs="Arial"/>
          <w:sz w:val="21"/>
          <w:szCs w:val="21"/>
          <w:lang w:val="fr-FR"/>
        </w:rPr>
      </w:pPr>
    </w:p>
    <w:p w14:paraId="5B1C15DB" w14:textId="77777777" w:rsidR="00911169" w:rsidRDefault="00000000">
      <w:pPr>
        <w:keepNext/>
        <w:shd w:val="clear" w:color="auto" w:fill="1F3864"/>
        <w:spacing w:before="200" w:after="200"/>
        <w:ind w:left="113" w:right="113"/>
        <w:jc w:val="center"/>
        <w:rPr>
          <w:rFonts w:cs="Arial"/>
          <w:b/>
          <w:color w:val="FFFFFF"/>
          <w:sz w:val="23"/>
          <w:szCs w:val="23"/>
          <w:lang w:val="fr-FR"/>
        </w:rPr>
      </w:pPr>
      <w:r>
        <w:rPr>
          <w:rFonts w:cs="Arial"/>
          <w:b/>
          <w:color w:val="FFFFFF"/>
          <w:sz w:val="23"/>
          <w:szCs w:val="23"/>
          <w:lang w:val="fr-FR"/>
        </w:rPr>
        <w:t>Informations générales</w:t>
      </w:r>
    </w:p>
    <w:p w14:paraId="5F7F4A4C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Département concerné : </w:t>
      </w:r>
      <w:r>
        <w:rPr>
          <w:rFonts w:cs="Arial"/>
          <w:sz w:val="21"/>
          <w:szCs w:val="21"/>
          <w:lang w:val="fr-FR"/>
        </w:rPr>
        <w:t>___________________________________</w:t>
      </w:r>
    </w:p>
    <w:p w14:paraId="31523A59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Laboratoire concerné : </w:t>
      </w:r>
      <w:r>
        <w:rPr>
          <w:rFonts w:cs="Arial"/>
          <w:sz w:val="21"/>
          <w:szCs w:val="21"/>
          <w:lang w:val="fr-FR"/>
        </w:rPr>
        <w:t>___________________________________</w:t>
      </w:r>
    </w:p>
    <w:p w14:paraId="3A954206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Partenaire de recherche éventuel à l’UPF : </w:t>
      </w:r>
      <w:r>
        <w:rPr>
          <w:rFonts w:cs="Arial"/>
          <w:sz w:val="21"/>
          <w:szCs w:val="21"/>
          <w:lang w:val="fr-FR"/>
        </w:rPr>
        <w:t>___________________________________</w:t>
      </w:r>
    </w:p>
    <w:p w14:paraId="0B12A3EB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N° et intitulé de la section CNU : </w:t>
      </w:r>
      <w:r>
        <w:rPr>
          <w:rFonts w:cs="Arial"/>
          <w:sz w:val="21"/>
          <w:szCs w:val="21"/>
          <w:lang w:val="fr-FR"/>
        </w:rPr>
        <w:t>___________________________________</w:t>
      </w:r>
    </w:p>
    <w:p w14:paraId="652729A3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Discipline : </w:t>
      </w:r>
      <w:r>
        <w:rPr>
          <w:rFonts w:cs="Arial"/>
          <w:sz w:val="21"/>
          <w:szCs w:val="21"/>
          <w:lang w:val="fr-FR"/>
        </w:rPr>
        <w:t>___________________________________</w:t>
      </w:r>
    </w:p>
    <w:p w14:paraId="2A75460E" w14:textId="77777777" w:rsidR="00911169" w:rsidRDefault="00000000">
      <w:pPr>
        <w:spacing w:before="140" w:after="100"/>
        <w:rPr>
          <w:rFonts w:cs="Arial"/>
          <w:b/>
          <w:color w:val="1F3864"/>
          <w:sz w:val="21"/>
          <w:szCs w:val="21"/>
          <w:lang w:val="fr-FR"/>
        </w:rPr>
      </w:pPr>
      <w:r>
        <w:rPr>
          <w:rFonts w:cs="Arial"/>
          <w:b/>
          <w:color w:val="1F3864"/>
          <w:sz w:val="21"/>
          <w:szCs w:val="21"/>
          <w:lang w:val="fr-FR"/>
        </w:rPr>
        <w:t>Référent UPF à contacter sur les aspects enseignement :</w:t>
      </w:r>
    </w:p>
    <w:p w14:paraId="700D59E1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NOM Prénom : </w:t>
      </w:r>
      <w:r>
        <w:rPr>
          <w:rFonts w:cs="Arial"/>
          <w:sz w:val="21"/>
          <w:szCs w:val="21"/>
          <w:lang w:val="fr-FR"/>
        </w:rPr>
        <w:t>______________________________</w:t>
      </w:r>
    </w:p>
    <w:p w14:paraId="4B3E01ED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Corps et grade : </w:t>
      </w:r>
      <w:r>
        <w:rPr>
          <w:rFonts w:cs="Arial"/>
          <w:sz w:val="21"/>
          <w:szCs w:val="21"/>
          <w:lang w:val="fr-FR"/>
        </w:rPr>
        <w:t>____________________</w:t>
      </w:r>
      <w:r>
        <w:rPr>
          <w:rFonts w:cs="Arial"/>
          <w:b/>
          <w:sz w:val="21"/>
          <w:szCs w:val="21"/>
          <w:lang w:val="fr-FR"/>
        </w:rPr>
        <w:t xml:space="preserve">      Section CNU : </w:t>
      </w:r>
      <w:r>
        <w:rPr>
          <w:rFonts w:cs="Arial"/>
          <w:sz w:val="21"/>
          <w:szCs w:val="21"/>
          <w:lang w:val="fr-FR"/>
        </w:rPr>
        <w:t>_______________</w:t>
      </w:r>
    </w:p>
    <w:p w14:paraId="24DCBE3C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Téléphone : </w:t>
      </w:r>
      <w:r>
        <w:rPr>
          <w:rFonts w:cs="Arial"/>
          <w:sz w:val="21"/>
          <w:szCs w:val="21"/>
          <w:lang w:val="fr-FR"/>
        </w:rPr>
        <w:t>_______________</w:t>
      </w:r>
      <w:r>
        <w:rPr>
          <w:rFonts w:cs="Arial"/>
          <w:b/>
          <w:sz w:val="21"/>
          <w:szCs w:val="21"/>
          <w:lang w:val="fr-FR"/>
        </w:rPr>
        <w:t xml:space="preserve">      Courriel : </w:t>
      </w:r>
      <w:r>
        <w:rPr>
          <w:rFonts w:cs="Arial"/>
          <w:sz w:val="21"/>
          <w:szCs w:val="21"/>
          <w:lang w:val="fr-FR"/>
        </w:rPr>
        <w:t>____________________</w:t>
      </w:r>
    </w:p>
    <w:p w14:paraId="437AD52B" w14:textId="77777777" w:rsidR="00911169" w:rsidRDefault="00000000">
      <w:pPr>
        <w:spacing w:before="140" w:after="100"/>
        <w:rPr>
          <w:rFonts w:cs="Arial"/>
          <w:b/>
          <w:color w:val="1F3864"/>
          <w:sz w:val="21"/>
          <w:szCs w:val="21"/>
          <w:lang w:val="fr-FR"/>
        </w:rPr>
      </w:pPr>
      <w:r>
        <w:rPr>
          <w:rFonts w:cs="Arial"/>
          <w:b/>
          <w:color w:val="1F3864"/>
          <w:sz w:val="21"/>
          <w:szCs w:val="21"/>
          <w:lang w:val="fr-FR"/>
        </w:rPr>
        <w:t>Référent à contacter sur les aspects recherche :</w:t>
      </w:r>
    </w:p>
    <w:p w14:paraId="5A50B680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NOM Prénom : </w:t>
      </w:r>
      <w:r>
        <w:rPr>
          <w:rFonts w:cs="Arial"/>
          <w:sz w:val="21"/>
          <w:szCs w:val="21"/>
          <w:lang w:val="fr-FR"/>
        </w:rPr>
        <w:t>______________________________</w:t>
      </w:r>
    </w:p>
    <w:p w14:paraId="65762B35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Corps et grade : </w:t>
      </w:r>
      <w:r>
        <w:rPr>
          <w:rFonts w:cs="Arial"/>
          <w:sz w:val="21"/>
          <w:szCs w:val="21"/>
          <w:lang w:val="fr-FR"/>
        </w:rPr>
        <w:t>____________________</w:t>
      </w:r>
      <w:r>
        <w:rPr>
          <w:rFonts w:cs="Arial"/>
          <w:b/>
          <w:sz w:val="21"/>
          <w:szCs w:val="21"/>
          <w:lang w:val="fr-FR"/>
        </w:rPr>
        <w:t xml:space="preserve">      Section CNU : </w:t>
      </w:r>
      <w:r>
        <w:rPr>
          <w:rFonts w:cs="Arial"/>
          <w:sz w:val="21"/>
          <w:szCs w:val="21"/>
          <w:lang w:val="fr-FR"/>
        </w:rPr>
        <w:t>_______________</w:t>
      </w:r>
    </w:p>
    <w:p w14:paraId="016480E0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Téléphone : </w:t>
      </w:r>
      <w:r>
        <w:rPr>
          <w:rFonts w:cs="Arial"/>
          <w:sz w:val="21"/>
          <w:szCs w:val="21"/>
          <w:lang w:val="fr-FR"/>
        </w:rPr>
        <w:t>_______________</w:t>
      </w:r>
      <w:r>
        <w:rPr>
          <w:rFonts w:cs="Arial"/>
          <w:b/>
          <w:sz w:val="21"/>
          <w:szCs w:val="21"/>
          <w:lang w:val="fr-FR"/>
        </w:rPr>
        <w:t xml:space="preserve">      Courriel : </w:t>
      </w:r>
      <w:r>
        <w:rPr>
          <w:rFonts w:cs="Arial"/>
          <w:sz w:val="21"/>
          <w:szCs w:val="21"/>
          <w:lang w:val="fr-FR"/>
        </w:rPr>
        <w:t>____________________</w:t>
      </w:r>
    </w:p>
    <w:p w14:paraId="07B0C514" w14:textId="77777777" w:rsidR="00911169" w:rsidRDefault="00000000">
      <w:pPr>
        <w:keepNext/>
        <w:shd w:val="clear" w:color="auto" w:fill="1F3864"/>
        <w:spacing w:before="200" w:after="200"/>
        <w:ind w:left="113" w:right="113"/>
        <w:jc w:val="center"/>
        <w:rPr>
          <w:rFonts w:cs="Arial"/>
          <w:b/>
          <w:color w:val="FFFFFF"/>
          <w:sz w:val="23"/>
          <w:szCs w:val="23"/>
          <w:lang w:val="fr-FR"/>
        </w:rPr>
      </w:pPr>
      <w:r>
        <w:rPr>
          <w:rFonts w:cs="Arial"/>
          <w:b/>
          <w:color w:val="FFFFFF"/>
          <w:sz w:val="23"/>
          <w:szCs w:val="23"/>
          <w:lang w:val="fr-FR"/>
        </w:rPr>
        <w:t>Argumentaire</w:t>
      </w:r>
    </w:p>
    <w:p w14:paraId="2385507B" w14:textId="77777777" w:rsidR="00911169" w:rsidRDefault="00000000">
      <w:pPr>
        <w:spacing w:after="100"/>
        <w:rPr>
          <w:rFonts w:cs="Arial"/>
          <w:b/>
          <w:color w:val="1F3864"/>
          <w:sz w:val="21"/>
          <w:szCs w:val="21"/>
          <w:lang w:val="fr-FR"/>
        </w:rPr>
      </w:pPr>
      <w:r>
        <w:rPr>
          <w:rFonts w:cs="Arial"/>
          <w:b/>
          <w:color w:val="1F3864"/>
          <w:sz w:val="21"/>
          <w:szCs w:val="21"/>
          <w:lang w:val="fr-FR"/>
        </w:rPr>
        <w:t>ENSEIGNEMENT</w:t>
      </w:r>
    </w:p>
    <w:p w14:paraId="4C6D5736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Décrire la formation et l’expérience requises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19B7909E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Décrire les enseignements prévus : le niveau (Licence, Master), les titres et les types de modules (cours, TD, TP) et le nombre d’heures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3233BF09" w14:textId="77777777" w:rsidR="00911169" w:rsidRDefault="00000000">
      <w:pPr>
        <w:spacing w:before="160" w:after="100"/>
        <w:rPr>
          <w:rFonts w:cs="Arial"/>
          <w:b/>
          <w:color w:val="1F3864"/>
          <w:sz w:val="21"/>
          <w:szCs w:val="21"/>
          <w:lang w:val="fr-FR"/>
        </w:rPr>
      </w:pPr>
      <w:r>
        <w:rPr>
          <w:rFonts w:cs="Arial"/>
          <w:b/>
          <w:color w:val="1F3864"/>
          <w:sz w:val="21"/>
          <w:szCs w:val="21"/>
          <w:lang w:val="fr-FR"/>
        </w:rPr>
        <w:t>RECHERCHE</w:t>
      </w:r>
    </w:p>
    <w:p w14:paraId="06349A9C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Décrire la formation et l’expérience requises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2B1BFA16" w14:textId="77777777" w:rsidR="00911169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Décrire la mission de recherche : thématique et modes de réalisation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6B55E64C" w14:textId="77777777" w:rsidR="00911169" w:rsidRDefault="00000000">
      <w:pPr>
        <w:keepNext/>
        <w:shd w:val="clear" w:color="auto" w:fill="1F3864"/>
        <w:spacing w:before="200" w:after="200"/>
        <w:ind w:left="113" w:right="113"/>
        <w:jc w:val="center"/>
        <w:rPr>
          <w:rFonts w:cs="Arial"/>
          <w:b/>
          <w:color w:val="FFFFFF"/>
          <w:sz w:val="23"/>
          <w:szCs w:val="23"/>
          <w:lang w:val="fr-FR"/>
        </w:rPr>
      </w:pPr>
      <w:r>
        <w:rPr>
          <w:rFonts w:cs="Arial"/>
          <w:b/>
          <w:color w:val="FFFFFF"/>
          <w:sz w:val="23"/>
          <w:szCs w:val="23"/>
          <w:lang w:val="fr-FR"/>
        </w:rPr>
        <w:lastRenderedPageBreak/>
        <w:t>Validation du dossier</w:t>
      </w:r>
    </w:p>
    <w:p w14:paraId="5970D650" w14:textId="77777777" w:rsidR="00911169" w:rsidRDefault="00000000">
      <w:pPr>
        <w:spacing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J'atteste avoir l'accord du directeur de laboratoire</w:t>
      </w:r>
    </w:p>
    <w:p w14:paraId="58DA99B2" w14:textId="77777777" w:rsidR="00911169" w:rsidRDefault="00000000">
      <w:pPr>
        <w:spacing w:after="80"/>
        <w:rPr>
          <w:rFonts w:cs="Arial"/>
          <w:i/>
          <w:color w:val="595959"/>
          <w:sz w:val="19"/>
          <w:szCs w:val="19"/>
          <w:lang w:val="fr-FR"/>
        </w:rPr>
      </w:pPr>
      <w:r>
        <w:rPr>
          <w:rFonts w:cs="Arial"/>
          <w:i/>
          <w:color w:val="595959"/>
          <w:sz w:val="19"/>
          <w:szCs w:val="19"/>
          <w:lang w:val="fr-FR"/>
        </w:rPr>
        <w:t>Cochez la mention applicable :</w:t>
      </w:r>
    </w:p>
    <w:p w14:paraId="55472B50" w14:textId="77777777" w:rsidR="00911169" w:rsidRDefault="00000000">
      <w:pPr>
        <w:spacing w:after="4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☐ Oui</w:t>
      </w:r>
    </w:p>
    <w:p w14:paraId="26557A40" w14:textId="77777777" w:rsidR="00911169" w:rsidRDefault="00000000">
      <w:pPr>
        <w:spacing w:after="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☐ Non</w:t>
      </w:r>
    </w:p>
    <w:sectPr w:rsidR="00911169" w:rsidSect="00BE7760">
      <w:headerReference w:type="default" r:id="rId8"/>
      <w:footerReference w:type="default" r:id="rId9"/>
      <w:pgSz w:w="11906" w:h="16838"/>
      <w:pgMar w:top="2948" w:right="1276" w:bottom="1984" w:left="1276" w:header="1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4361A6" w14:textId="77777777" w:rsidR="002758BD" w:rsidRDefault="002758BD">
      <w:pPr>
        <w:spacing w:after="0" w:line="240" w:lineRule="auto"/>
      </w:pPr>
      <w:r>
        <w:separator/>
      </w:r>
    </w:p>
  </w:endnote>
  <w:endnote w:type="continuationSeparator" w:id="0">
    <w:p w14:paraId="58FBB9BD" w14:textId="77777777" w:rsidR="002758BD" w:rsidRDefault="00275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erif 4 14pt">
    <w:altName w:val="Cambria"/>
    <w:panose1 w:val="020B0604020202020204"/>
    <w:charset w:val="00"/>
    <w:family w:val="roman"/>
    <w:pitch w:val="variable"/>
    <w:sig w:usb0="20000287" w:usb1="02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ource Sans 3">
    <w:panose1 w:val="020B0604020202020204"/>
    <w:charset w:val="00"/>
    <w:family w:val="swiss"/>
    <w:pitch w:val="variable"/>
    <w:sig w:usb0="E00002FF" w:usb1="00002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37A23D" w14:textId="77777777" w:rsidR="00BC2DEB" w:rsidRPr="005E1BCA" w:rsidRDefault="00BC2DEB" w:rsidP="00BE7760">
    <w:pPr>
      <w:spacing w:after="0"/>
      <w:rPr>
        <w:sz w:val="20"/>
        <w:szCs w:val="20"/>
      </w:rPr>
    </w:pPr>
  </w:p>
  <w:p w14:paraId="3557C139" w14:textId="77777777" w:rsidR="00BC2DEB" w:rsidRPr="005E1BCA" w:rsidRDefault="00000000">
    <w:pPr>
      <w:spacing w:after="20"/>
      <w:jc w:val="center"/>
      <w:rPr>
        <w:sz w:val="20"/>
        <w:szCs w:val="20"/>
        <w:lang w:val="fr-FR"/>
      </w:rPr>
    </w:pPr>
    <w:r w:rsidRPr="005E1BCA">
      <w:rPr>
        <w:rFonts w:eastAsia="Source Sans 3" w:cs="Source Sans 3"/>
        <w:b/>
        <w:color w:val="000D49"/>
        <w:sz w:val="20"/>
        <w:szCs w:val="20"/>
        <w:lang w:val="fr-FR"/>
      </w:rPr>
      <w:t>UNIVERSITÉ DE LA POLYNÉSIE FRANÇAISE</w:t>
    </w:r>
  </w:p>
  <w:p w14:paraId="029C70FE" w14:textId="77777777" w:rsidR="00BC2DEB" w:rsidRPr="005E1BCA" w:rsidRDefault="00000000">
    <w:pPr>
      <w:spacing w:after="0"/>
      <w:jc w:val="center"/>
      <w:rPr>
        <w:sz w:val="18"/>
        <w:szCs w:val="18"/>
        <w:lang w:val="fr-FR"/>
      </w:rPr>
    </w:pPr>
    <w:r w:rsidRPr="005E1BCA">
      <w:rPr>
        <w:rFonts w:eastAsia="Source Sans 3" w:cs="Source Sans 3"/>
        <w:color w:val="4E545C"/>
        <w:sz w:val="18"/>
        <w:szCs w:val="18"/>
        <w:lang w:val="fr-FR"/>
      </w:rPr>
      <w:t>Campus d’Outumaoro · Punaauia · B.P. 6570 · 98702 Faa’a · Tahiti · Polynésie française</w:t>
    </w:r>
  </w:p>
  <w:p w14:paraId="46A7661D" w14:textId="77777777" w:rsidR="00BC2DEB" w:rsidRPr="00BE7760" w:rsidRDefault="00BE7760" w:rsidP="00BE7760">
    <w:pPr>
      <w:spacing w:after="0"/>
      <w:jc w:val="center"/>
      <w:rPr>
        <w:sz w:val="18"/>
        <w:szCs w:val="18"/>
        <w:lang w:val="fr-FR"/>
      </w:rPr>
    </w:pPr>
    <w:r>
      <w:rPr>
        <w:rFonts w:ascii="Arial" w:hAnsi="Arial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70EB072" wp14:editId="3A87B101">
              <wp:simplePos x="0" y="0"/>
              <wp:positionH relativeFrom="column">
                <wp:posOffset>-880745</wp:posOffset>
              </wp:positionH>
              <wp:positionV relativeFrom="paragraph">
                <wp:posOffset>300066</wp:posOffset>
              </wp:positionV>
              <wp:extent cx="7752080" cy="469265"/>
              <wp:effectExtent l="0" t="0" r="0" b="635"/>
              <wp:wrapNone/>
              <wp:docPr id="29878177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2080" cy="4692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964DA4C" w14:textId="77777777" w:rsidR="0003139A" w:rsidRDefault="0003139A" w:rsidP="0003139A">
                          <w:r>
                            <w:rPr>
                              <w:rFonts w:ascii="Arial" w:hAnsi="Arial"/>
                              <w:b/>
                              <w:bCs/>
                              <w:noProof/>
                              <w:sz w:val="28"/>
                            </w:rPr>
                            <w:drawing>
                              <wp:inline distT="0" distB="0" distL="0" distR="0" wp14:anchorId="26FF19B9" wp14:editId="238A9B9C">
                                <wp:extent cx="7506101" cy="250503"/>
                                <wp:effectExtent l="0" t="0" r="0" b="3810"/>
                                <wp:docPr id="116402667" name="Imag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24206824" name="Image 2024206824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 flipV="1">
                                          <a:off x="0" y="0"/>
                                          <a:ext cx="16804588" cy="5608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370EB072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8" type="#_x0000_t202" style="position:absolute;left:0;text-align:left;margin-left:-69.35pt;margin-top:23.65pt;width:610.4pt;height:36.95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" fillcolor="white [3201]" stroked="f" strokeweight=".5pt">
              <v:textbox>
                <w:txbxContent>
                  <w:p w14:paraId="27489815" w14:textId="77777777" w:rsidR="0003139A" w:rsidRDefault="0003139A" w:rsidP="0003139A">
                    <w:r>
                      <w:rPr>
                        <w:rFonts w:ascii="Arial" w:hAnsi="Arial"/>
                        <w:b/>
                        <w:bCs/>
                        <w:noProof/>
                        <w:sz w:val="28"/>
                      </w:rPr>
                      <w:drawing>
                        <wp:inline distT="0" distB="0" distL="0" distR="0" wp14:anchorId="26FF19B9" wp14:editId="238A9B9C">
                          <wp:extent cx="7506101" cy="250503"/>
                          <wp:effectExtent l="0" t="0" r="0" b="3810"/>
                          <wp:docPr id="116402667" name="Imag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24206824" name="Image 2024206824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0" y="0"/>
                                    <a:ext cx="16804588" cy="5608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E1BCA">
      <w:rPr>
        <w:rFonts w:eastAsia="Source Sans 3" w:cs="Source Sans 3"/>
        <w:color w:val="4E545C"/>
        <w:sz w:val="18"/>
        <w:szCs w:val="18"/>
        <w:lang w:val="fr-FR"/>
      </w:rPr>
      <w:t>Tél. : (+689) 40 803</w:t>
    </w:r>
    <w:r w:rsidR="00363986" w:rsidRPr="005E1BCA">
      <w:rPr>
        <w:rFonts w:eastAsia="Source Sans 3" w:cs="Source Sans 3"/>
        <w:color w:val="4E545C"/>
        <w:sz w:val="18"/>
        <w:szCs w:val="18"/>
        <w:lang w:val="fr-FR"/>
      </w:rPr>
      <w:t xml:space="preserve"> </w:t>
    </w:r>
    <w:r w:rsidRPr="005E1BCA">
      <w:rPr>
        <w:rFonts w:eastAsia="Source Sans 3" w:cs="Source Sans 3"/>
        <w:color w:val="4E545C"/>
        <w:sz w:val="18"/>
        <w:szCs w:val="18"/>
        <w:lang w:val="fr-FR"/>
      </w:rPr>
      <w:t>8</w:t>
    </w:r>
    <w:r w:rsidR="00363986" w:rsidRPr="005E1BCA">
      <w:rPr>
        <w:rFonts w:eastAsia="Source Sans 3" w:cs="Source Sans 3"/>
        <w:color w:val="4E545C"/>
        <w:sz w:val="18"/>
        <w:szCs w:val="18"/>
        <w:lang w:val="fr-FR"/>
      </w:rPr>
      <w:t>03</w:t>
    </w:r>
    <w:r w:rsidRPr="005E1BCA">
      <w:rPr>
        <w:rFonts w:eastAsia="Source Sans 3" w:cs="Source Sans 3"/>
        <w:color w:val="4E545C"/>
        <w:sz w:val="18"/>
        <w:szCs w:val="18"/>
        <w:lang w:val="fr-FR"/>
      </w:rPr>
      <w:t xml:space="preserve"> ·</w:t>
    </w:r>
    <w:r w:rsidR="005E1BCA" w:rsidRPr="005E1BCA">
      <w:rPr>
        <w:rFonts w:eastAsia="Source Sans 3" w:cs="Source Sans 3"/>
        <w:color w:val="4E545C"/>
        <w:sz w:val="18"/>
        <w:szCs w:val="18"/>
        <w:lang w:val="fr-FR"/>
      </w:rPr>
      <w:t xml:space="preserve"> Mèl:</w:t>
    </w:r>
    <w:r w:rsidR="005E1BCA" w:rsidRPr="005E1BCA">
      <w:rPr>
        <w:lang w:val="fr-FR"/>
      </w:rPr>
      <w:t xml:space="preserve"> </w:t>
    </w:r>
    <w:hyperlink r:id="rId3" w:history="1">
      <w:r w:rsidR="005E1BCA" w:rsidRPr="005E1BCA">
        <w:rPr>
          <w:rStyle w:val="Hyperlink"/>
          <w:rFonts w:eastAsia="Source Sans 3" w:cs="Source Sans 3"/>
          <w:sz w:val="18"/>
          <w:szCs w:val="18"/>
          <w:lang w:val="fr-FR"/>
        </w:rPr>
        <w:t>courrier@upf.pf</w:t>
      </w:r>
    </w:hyperlink>
    <w:r w:rsidR="005E1BCA" w:rsidRPr="005E1BCA">
      <w:rPr>
        <w:rFonts w:eastAsia="Source Sans 3" w:cs="Source Sans 3"/>
        <w:color w:val="4E545C"/>
        <w:sz w:val="18"/>
        <w:szCs w:val="18"/>
        <w:lang w:val="fr-FR"/>
      </w:rPr>
      <w:t xml:space="preserve"> · </w:t>
    </w:r>
    <w:r w:rsidR="00D75B2D" w:rsidRPr="005E1BCA">
      <w:rPr>
        <w:rFonts w:eastAsia="Source Sans 3" w:cs="Source Sans 3"/>
        <w:color w:val="4E545C"/>
        <w:sz w:val="18"/>
        <w:szCs w:val="18"/>
        <w:lang w:val="fr-FR"/>
      </w:rPr>
      <w:t>W</w:t>
    </w:r>
    <w:r w:rsidR="00AD2032" w:rsidRPr="005E1BCA">
      <w:rPr>
        <w:rFonts w:eastAsia="Source Sans 3" w:cs="Source Sans 3"/>
        <w:color w:val="4E545C"/>
        <w:sz w:val="18"/>
        <w:szCs w:val="18"/>
        <w:lang w:val="fr-FR"/>
      </w:rPr>
      <w:t xml:space="preserve">eb : </w:t>
    </w:r>
    <w:r w:rsidRPr="005E1BCA">
      <w:rPr>
        <w:rFonts w:eastAsia="Source Sans 3" w:cs="Source Sans 3"/>
        <w:color w:val="4E545C"/>
        <w:sz w:val="18"/>
        <w:szCs w:val="18"/>
        <w:lang w:val="fr-FR"/>
      </w:rPr>
      <w:t>www.upf.pf</w:t>
    </w:r>
    <w:r w:rsidR="0003139A" w:rsidRPr="005E1BCA">
      <w:rPr>
        <w:lang w:val="fr-FR"/>
      </w:rPr>
      <w:br/>
    </w:r>
    <w:r w:rsidR="0003139A" w:rsidRPr="005E1BCA">
      <w:rPr>
        <w:lang w:val="fr-FR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F4871F" w14:textId="77777777" w:rsidR="002758BD" w:rsidRDefault="002758BD">
      <w:pPr>
        <w:spacing w:after="0" w:line="240" w:lineRule="auto"/>
      </w:pPr>
      <w:r>
        <w:separator/>
      </w:r>
    </w:p>
  </w:footnote>
  <w:footnote w:type="continuationSeparator" w:id="0">
    <w:p w14:paraId="37D01417" w14:textId="77777777" w:rsidR="002758BD" w:rsidRDefault="00275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077F24" w14:textId="77777777" w:rsidR="00692DC9" w:rsidRDefault="005E1BCA" w:rsidP="00BE7760">
    <w:pPr>
      <w:pStyle w:val="Header"/>
      <w:ind w:left="-879" w:right="-879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C9C8A3" wp14:editId="03D854C7">
              <wp:simplePos x="0" y="0"/>
              <wp:positionH relativeFrom="column">
                <wp:posOffset>3752215</wp:posOffset>
              </wp:positionH>
              <wp:positionV relativeFrom="paragraph">
                <wp:posOffset>-24419</wp:posOffset>
              </wp:positionV>
              <wp:extent cx="3118757" cy="1182947"/>
              <wp:effectExtent l="0" t="0" r="5715" b="0"/>
              <wp:wrapNone/>
              <wp:docPr id="491290482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8757" cy="11829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7B3BB09" w14:textId="77777777" w:rsidR="005E1BCA" w:rsidRDefault="005E1BC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1B197F5" wp14:editId="151F54C5">
                                <wp:extent cx="2575127" cy="1187669"/>
                                <wp:effectExtent l="0" t="0" r="0" b="0"/>
                                <wp:docPr id="1155074381" name="Ima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55074381" name="Image 1155074381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27296" b="2658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809884" cy="1295941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AC9C8A3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295.45pt;margin-top:-1.9pt;width:245.55pt;height:93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" fillcolor="white [3201]" stroked="f" strokeweight=".5pt">
              <v:textbox>
                <w:txbxContent>
                  <w:p w14:paraId="103A502C" w14:textId="708D8EF1" w:rsidR="005E1BCA" w:rsidRDefault="005E1BCA">
                    <w:r>
                      <w:rPr>
                        <w:noProof/>
                      </w:rPr>
                      <w:drawing>
                        <wp:inline distT="0" distB="0" distL="0" distR="0" wp14:anchorId="01B197F5" wp14:editId="151F54C5">
                          <wp:extent cx="2575127" cy="1187669"/>
                          <wp:effectExtent l="0" t="0" r="0" b="0"/>
                          <wp:docPr id="1155074381" name="Imag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55074381" name="Image 1155074381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27296" b="2658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809884" cy="1295941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40E8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42A1AE" wp14:editId="6190F1B2">
              <wp:simplePos x="0" y="0"/>
              <wp:positionH relativeFrom="column">
                <wp:posOffset>-506186</wp:posOffset>
              </wp:positionH>
              <wp:positionV relativeFrom="paragraph">
                <wp:posOffset>178979</wp:posOffset>
              </wp:positionV>
              <wp:extent cx="1510393" cy="1167493"/>
              <wp:effectExtent l="0" t="0" r="1270" b="1270"/>
              <wp:wrapNone/>
              <wp:docPr id="1980730800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0393" cy="11674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7E2386D" w14:textId="77777777" w:rsidR="00840E88" w:rsidRDefault="00840E88" w:rsidP="00840E88">
                          <w:r w:rsidRPr="00CA1A68"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2789953C" wp14:editId="642EF603">
                                <wp:extent cx="1149296" cy="998401"/>
                                <wp:effectExtent l="0" t="0" r="0" b="5080"/>
                                <wp:docPr id="2" name="Image 1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64579" cy="101167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942A1AE" id="Zone de texte 4" o:spid="_x0000_s1027" type="#_x0000_t202" style="position:absolute;left:0;text-align:left;margin-left:-39.85pt;margin-top:14.1pt;width:118.95pt;height:9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" fillcolor="white [3201]" stroked="f" strokeweight=".5pt">
              <v:textbox>
                <w:txbxContent>
                  <w:p w14:paraId="4E4812E8" w14:textId="77777777" w:rsidR="00840E88" w:rsidRDefault="00840E88" w:rsidP="00840E88">
                    <w:r w:rsidRPr="00CA1A68">
                      <w:rPr>
                        <w:noProof/>
                        <w:lang w:eastAsia="fr-FR"/>
                      </w:rPr>
                      <w:drawing>
                        <wp:inline distT="0" distB="0" distL="0" distR="0" wp14:anchorId="2789953C" wp14:editId="642EF603">
                          <wp:extent cx="1149296" cy="998401"/>
                          <wp:effectExtent l="0" t="0" r="0" b="5080"/>
                          <wp:docPr id="2" name="Image 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64579" cy="10116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9470919">
    <w:abstractNumId w:val="8"/>
  </w:num>
  <w:num w:numId="2" w16cid:durableId="571894537">
    <w:abstractNumId w:val="6"/>
  </w:num>
  <w:num w:numId="3" w16cid:durableId="1448311382">
    <w:abstractNumId w:val="5"/>
  </w:num>
  <w:num w:numId="4" w16cid:durableId="278803162">
    <w:abstractNumId w:val="4"/>
  </w:num>
  <w:num w:numId="5" w16cid:durableId="362051414">
    <w:abstractNumId w:val="7"/>
  </w:num>
  <w:num w:numId="6" w16cid:durableId="2112968410">
    <w:abstractNumId w:val="3"/>
  </w:num>
  <w:num w:numId="7" w16cid:durableId="72749342">
    <w:abstractNumId w:val="2"/>
  </w:num>
  <w:num w:numId="8" w16cid:durableId="1748531586">
    <w:abstractNumId w:val="1"/>
  </w:num>
  <w:num w:numId="9" w16cid:durableId="12680771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39A"/>
    <w:rsid w:val="00034616"/>
    <w:rsid w:val="0006063C"/>
    <w:rsid w:val="000C093B"/>
    <w:rsid w:val="0015074B"/>
    <w:rsid w:val="001C6BCD"/>
    <w:rsid w:val="002758BD"/>
    <w:rsid w:val="0029639D"/>
    <w:rsid w:val="002A7B78"/>
    <w:rsid w:val="002D6740"/>
    <w:rsid w:val="002D7FCF"/>
    <w:rsid w:val="00326F90"/>
    <w:rsid w:val="00363986"/>
    <w:rsid w:val="003F103B"/>
    <w:rsid w:val="00413B58"/>
    <w:rsid w:val="004C50EB"/>
    <w:rsid w:val="0050366E"/>
    <w:rsid w:val="005776AF"/>
    <w:rsid w:val="005E1BCA"/>
    <w:rsid w:val="00692DC9"/>
    <w:rsid w:val="00802642"/>
    <w:rsid w:val="00840E88"/>
    <w:rsid w:val="00911169"/>
    <w:rsid w:val="0095329A"/>
    <w:rsid w:val="009A3CD9"/>
    <w:rsid w:val="00AA1D8D"/>
    <w:rsid w:val="00AD2032"/>
    <w:rsid w:val="00AD20C7"/>
    <w:rsid w:val="00B47730"/>
    <w:rsid w:val="00BC2DEB"/>
    <w:rsid w:val="00BE7760"/>
    <w:rsid w:val="00BF31ED"/>
    <w:rsid w:val="00CA77B4"/>
    <w:rsid w:val="00CB0664"/>
    <w:rsid w:val="00D75B2D"/>
    <w:rsid w:val="00EB2356"/>
    <w:rsid w:val="00F51117"/>
    <w:rsid w:val="00FC693F"/>
    <w:rsid w:val="00FF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4429D99"/>
  <w14:defaultImageDpi w14:val="300"/>
  <w15:docId w15:val="{9E6D0B03-BA15-EB41-9567-C3E83F71A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Source Serif 4 14pt" w:eastAsia="Source Serif 4 14pt" w:hAnsi="Source Serif 4 14pt" w:cs="Source Serif 4 14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PFObjet">
    <w:name w:val="UPF Objet"/>
    <w:rPr>
      <w:rFonts w:ascii="Source Sans 3" w:eastAsia="Source Sans 3" w:hAnsi="Source Sans 3" w:cs="Source Sans 3"/>
      <w:b/>
    </w:rPr>
  </w:style>
  <w:style w:type="paragraph" w:customStyle="1" w:styleId="UPFSignature">
    <w:name w:val="UPF Signature"/>
    <w:rPr>
      <w:rFonts w:ascii="Source Sans 3" w:eastAsia="Source Sans 3" w:hAnsi="Source Sans 3" w:cs="Source Sans 3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031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13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139A"/>
    <w:rPr>
      <w:rFonts w:ascii="Source Serif 4 14pt" w:eastAsia="Source Serif 4 14pt" w:hAnsi="Source Serif 4 14pt" w:cs="Source Serif 4 14p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13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139A"/>
    <w:rPr>
      <w:rFonts w:ascii="Source Serif 4 14pt" w:eastAsia="Source Serif 4 14pt" w:hAnsi="Source Serif 4 14pt" w:cs="Source Serif 4 14pt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E1BCA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80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80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urrier@upf.pf" TargetMode="External"/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Modèle de lettre - Président - Université de la Polynésie française</vt:lpstr>
      <vt:lpstr/>
    </vt:vector>
  </TitlesOfParts>
  <Manager/>
  <Company/>
  <LinksUpToDate>false</LinksUpToDate>
  <CharactersWithSpaces>1607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lettre - Président - Université de la Polynésie française</dc:title>
  <dc:subject>Papier à en-tête conforme à la nouvelle charte graphique UPF</dc:subject>
  <dc:creator>Université de la Polynésie française</dc:creator>
  <cp:keywords/>
  <dc:description>generated by python-docx</dc:description>
  <cp:lastModifiedBy>Tuarii Teinauri</cp:lastModifiedBy>
  <cp:revision>3</cp:revision>
  <dcterms:created xsi:type="dcterms:W3CDTF">2026-08-25T23:32:00Z</dcterms:created>
  <dcterms:modified xsi:type="dcterms:W3CDTF">2026-09-23T22:17:00Z</dcterms:modified>
  <cp:category/>
</cp:coreProperties>
</file>